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7BAA" w14:textId="77777777" w:rsidR="006F345F" w:rsidRDefault="00000000">
      <w:pPr>
        <w:pStyle w:val="FormTitle"/>
        <w:spacing w:after="0"/>
        <w:jc w:val="center"/>
      </w:pPr>
      <w:r>
        <w:rPr>
          <w:sz w:val="42"/>
        </w:rPr>
        <w:t>BRIDGE HOUSING UK</w:t>
      </w:r>
    </w:p>
    <w:p w14:paraId="409412DB" w14:textId="77777777" w:rsidR="006F345F" w:rsidRDefault="00000000">
      <w:pPr>
        <w:spacing w:after="40"/>
        <w:jc w:val="center"/>
      </w:pPr>
      <w:r>
        <w:rPr>
          <w:b/>
          <w:color w:val="1B7F8C"/>
          <w:sz w:val="26"/>
        </w:rPr>
        <w:t>SUPPORTED ACCOMMODATION REFERRAL FORM</w:t>
      </w:r>
    </w:p>
    <w:p w14:paraId="0BA43D32" w14:textId="77777777" w:rsidR="006F345F" w:rsidRDefault="00000000">
      <w:pPr>
        <w:pStyle w:val="SmallNote"/>
        <w:jc w:val="center"/>
      </w:pPr>
      <w:r>
        <w:t>Please complete all relevant sections as fully as possible to support a timely suitability assessment.</w:t>
      </w:r>
    </w:p>
    <w:tbl>
      <w:tblPr>
        <w:tblW w:w="0" w:type="auto"/>
        <w:jc w:val="center"/>
        <w:tblBorders>
          <w:top w:val="single" w:sz="8" w:space="0" w:color="1B7F8C"/>
          <w:left w:val="single" w:sz="8" w:space="0" w:color="1B7F8C"/>
          <w:bottom w:val="single" w:sz="8" w:space="0" w:color="1B7F8C"/>
          <w:right w:val="single" w:sz="8" w:space="0" w:color="1B7F8C"/>
          <w:insideH w:val="single" w:sz="8" w:space="0" w:color="1B7F8C"/>
          <w:insideV w:val="single" w:sz="8" w:space="0" w:color="1B7F8C"/>
        </w:tblBorders>
        <w:tblLayout w:type="fixed"/>
        <w:tblLook w:val="04A0" w:firstRow="1" w:lastRow="0" w:firstColumn="1" w:lastColumn="0" w:noHBand="0" w:noVBand="1"/>
      </w:tblPr>
      <w:tblGrid>
        <w:gridCol w:w="10512"/>
      </w:tblGrid>
      <w:tr w:rsidR="006F345F" w14:paraId="56E3CC96" w14:textId="77777777">
        <w:trPr>
          <w:cantSplit/>
          <w:jc w:val="center"/>
        </w:trPr>
        <w:tc>
          <w:tcPr>
            <w:tcW w:w="10512" w:type="dxa"/>
            <w:shd w:val="clear" w:color="auto" w:fill="EAF4F5"/>
            <w:tcMar>
              <w:top w:w="90" w:type="dxa"/>
              <w:left w:w="110" w:type="dxa"/>
              <w:bottom w:w="90" w:type="dxa"/>
              <w:right w:w="110" w:type="dxa"/>
            </w:tcMar>
            <w:vAlign w:val="center"/>
          </w:tcPr>
          <w:p w14:paraId="36CC4E47" w14:textId="77777777" w:rsidR="006F345F" w:rsidRDefault="00000000">
            <w:r>
              <w:rPr>
                <w:sz w:val="17"/>
              </w:rPr>
              <w:t>CONFIDENTIALITY &amp; PURPOSE  |  Information provided will be used to assess accommodation suitability, support needs and risk. Completion of this form does not guarantee a placement. Please ensure information is accurate, current and shared lawfully with the applicant’s knowledge/consent where applicable.</w:t>
            </w:r>
          </w:p>
        </w:tc>
      </w:tr>
    </w:tbl>
    <w:p w14:paraId="7C2C8BAD" w14:textId="77777777" w:rsidR="006F345F" w:rsidRDefault="006F345F">
      <w:pPr>
        <w:spacing w:after="2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20DE14C0" w14:textId="77777777">
        <w:trPr>
          <w:cantSplit/>
          <w:jc w:val="center"/>
        </w:trPr>
        <w:tc>
          <w:tcPr>
            <w:tcW w:w="2088" w:type="dxa"/>
            <w:shd w:val="clear" w:color="auto" w:fill="F3F6F8"/>
            <w:tcMar>
              <w:top w:w="90" w:type="dxa"/>
              <w:left w:w="110" w:type="dxa"/>
              <w:bottom w:w="90" w:type="dxa"/>
              <w:right w:w="110" w:type="dxa"/>
            </w:tcMar>
            <w:vAlign w:val="center"/>
          </w:tcPr>
          <w:p w14:paraId="53F76F59" w14:textId="77777777" w:rsidR="006F345F" w:rsidRDefault="00000000">
            <w:r>
              <w:rPr>
                <w:b/>
                <w:color w:val="17365D"/>
                <w:sz w:val="17"/>
              </w:rPr>
              <w:t>Referral date</w:t>
            </w:r>
          </w:p>
        </w:tc>
        <w:tc>
          <w:tcPr>
            <w:tcW w:w="3096" w:type="dxa"/>
            <w:tcMar>
              <w:top w:w="90" w:type="dxa"/>
              <w:left w:w="110" w:type="dxa"/>
              <w:bottom w:w="90" w:type="dxa"/>
              <w:right w:w="110" w:type="dxa"/>
            </w:tcMar>
            <w:vAlign w:val="center"/>
          </w:tcPr>
          <w:p w14:paraId="56777AC7" w14:textId="77777777" w:rsidR="006F345F" w:rsidRDefault="00000000">
            <w:r>
              <w:rPr>
                <w:color w:val="5F6B75"/>
                <w:sz w:val="17"/>
              </w:rPr>
              <w:t>DD/MM/YYYY</w:t>
            </w:r>
          </w:p>
        </w:tc>
        <w:tc>
          <w:tcPr>
            <w:tcW w:w="2088" w:type="dxa"/>
            <w:shd w:val="clear" w:color="auto" w:fill="F3F6F8"/>
            <w:tcMar>
              <w:top w:w="90" w:type="dxa"/>
              <w:left w:w="110" w:type="dxa"/>
              <w:bottom w:w="90" w:type="dxa"/>
              <w:right w:w="110" w:type="dxa"/>
            </w:tcMar>
            <w:vAlign w:val="center"/>
          </w:tcPr>
          <w:p w14:paraId="40AE0F24" w14:textId="77777777" w:rsidR="006F345F" w:rsidRDefault="00000000">
            <w:r>
              <w:rPr>
                <w:b/>
                <w:color w:val="17365D"/>
                <w:sz w:val="17"/>
              </w:rPr>
              <w:t>Required from</w:t>
            </w:r>
          </w:p>
        </w:tc>
        <w:tc>
          <w:tcPr>
            <w:tcW w:w="3096" w:type="dxa"/>
            <w:tcMar>
              <w:top w:w="90" w:type="dxa"/>
              <w:left w:w="110" w:type="dxa"/>
              <w:bottom w:w="90" w:type="dxa"/>
              <w:right w:w="110" w:type="dxa"/>
            </w:tcMar>
            <w:vAlign w:val="center"/>
          </w:tcPr>
          <w:p w14:paraId="7087B2AA" w14:textId="77777777" w:rsidR="006F345F" w:rsidRDefault="00000000">
            <w:r>
              <w:rPr>
                <w:color w:val="5F6B75"/>
                <w:sz w:val="17"/>
              </w:rPr>
              <w:t>DD/MM/YYYY</w:t>
            </w:r>
          </w:p>
        </w:tc>
      </w:tr>
      <w:tr w:rsidR="006F345F" w14:paraId="6EFB5209" w14:textId="77777777">
        <w:trPr>
          <w:cantSplit/>
          <w:jc w:val="center"/>
        </w:trPr>
        <w:tc>
          <w:tcPr>
            <w:tcW w:w="2088" w:type="dxa"/>
            <w:shd w:val="clear" w:color="auto" w:fill="F3F6F8"/>
            <w:tcMar>
              <w:top w:w="90" w:type="dxa"/>
              <w:left w:w="110" w:type="dxa"/>
              <w:bottom w:w="90" w:type="dxa"/>
              <w:right w:w="110" w:type="dxa"/>
            </w:tcMar>
            <w:vAlign w:val="center"/>
          </w:tcPr>
          <w:p w14:paraId="02CEE04C" w14:textId="77777777" w:rsidR="006F345F" w:rsidRDefault="00000000">
            <w:r>
              <w:rPr>
                <w:b/>
                <w:color w:val="17365D"/>
                <w:sz w:val="17"/>
              </w:rPr>
              <w:t>Applicant name</w:t>
            </w:r>
          </w:p>
        </w:tc>
        <w:tc>
          <w:tcPr>
            <w:tcW w:w="3096" w:type="dxa"/>
            <w:tcMar>
              <w:top w:w="90" w:type="dxa"/>
              <w:left w:w="110" w:type="dxa"/>
              <w:bottom w:w="90" w:type="dxa"/>
              <w:right w:w="110" w:type="dxa"/>
            </w:tcMar>
            <w:vAlign w:val="center"/>
          </w:tcPr>
          <w:p w14:paraId="557F6F37" w14:textId="77777777" w:rsidR="006F345F" w:rsidRDefault="00000000">
            <w:r>
              <w:rPr>
                <w:color w:val="5F6B75"/>
                <w:sz w:val="17"/>
              </w:rPr>
              <w:t>Enter full name</w:t>
            </w:r>
          </w:p>
        </w:tc>
        <w:tc>
          <w:tcPr>
            <w:tcW w:w="2088" w:type="dxa"/>
            <w:shd w:val="clear" w:color="auto" w:fill="F3F6F8"/>
            <w:tcMar>
              <w:top w:w="90" w:type="dxa"/>
              <w:left w:w="110" w:type="dxa"/>
              <w:bottom w:w="90" w:type="dxa"/>
              <w:right w:w="110" w:type="dxa"/>
            </w:tcMar>
            <w:vAlign w:val="center"/>
          </w:tcPr>
          <w:p w14:paraId="14DA8640" w14:textId="77777777" w:rsidR="006F345F" w:rsidRDefault="00000000">
            <w:r>
              <w:rPr>
                <w:b/>
                <w:color w:val="17365D"/>
                <w:sz w:val="17"/>
              </w:rPr>
              <w:t>Preferred area</w:t>
            </w:r>
          </w:p>
        </w:tc>
        <w:tc>
          <w:tcPr>
            <w:tcW w:w="3096" w:type="dxa"/>
            <w:tcMar>
              <w:top w:w="90" w:type="dxa"/>
              <w:left w:w="110" w:type="dxa"/>
              <w:bottom w:w="90" w:type="dxa"/>
              <w:right w:w="110" w:type="dxa"/>
            </w:tcMar>
            <w:vAlign w:val="center"/>
          </w:tcPr>
          <w:p w14:paraId="1E5CF3A2" w14:textId="77777777" w:rsidR="006F345F" w:rsidRDefault="00000000">
            <w:r>
              <w:rPr>
                <w:color w:val="5F6B75"/>
                <w:sz w:val="17"/>
              </w:rPr>
              <w:t>Enter area(s)</w:t>
            </w:r>
          </w:p>
        </w:tc>
      </w:tr>
      <w:tr w:rsidR="006F345F" w14:paraId="6F69B82F" w14:textId="77777777">
        <w:trPr>
          <w:cantSplit/>
          <w:jc w:val="center"/>
        </w:trPr>
        <w:tc>
          <w:tcPr>
            <w:tcW w:w="2088" w:type="dxa"/>
            <w:shd w:val="clear" w:color="auto" w:fill="F3F6F8"/>
            <w:tcMar>
              <w:top w:w="90" w:type="dxa"/>
              <w:left w:w="110" w:type="dxa"/>
              <w:bottom w:w="90" w:type="dxa"/>
              <w:right w:w="110" w:type="dxa"/>
            </w:tcMar>
            <w:vAlign w:val="center"/>
          </w:tcPr>
          <w:p w14:paraId="3A870859" w14:textId="77777777" w:rsidR="006F345F" w:rsidRDefault="00000000">
            <w:r>
              <w:rPr>
                <w:b/>
                <w:color w:val="17365D"/>
                <w:sz w:val="17"/>
              </w:rPr>
              <w:t>Urgency</w:t>
            </w:r>
          </w:p>
        </w:tc>
        <w:tc>
          <w:tcPr>
            <w:tcW w:w="3096" w:type="dxa"/>
            <w:tcMar>
              <w:top w:w="90" w:type="dxa"/>
              <w:left w:w="110" w:type="dxa"/>
              <w:bottom w:w="90" w:type="dxa"/>
              <w:right w:w="110" w:type="dxa"/>
            </w:tcMar>
            <w:vAlign w:val="center"/>
          </w:tcPr>
          <w:p w14:paraId="69581984" w14:textId="77777777" w:rsidR="006F345F" w:rsidRDefault="00000000">
            <w:r>
              <w:rPr>
                <w:color w:val="5F6B75"/>
                <w:sz w:val="17"/>
              </w:rPr>
              <w:t>☐ Routine  ☐ Urgent</w:t>
            </w:r>
          </w:p>
        </w:tc>
        <w:tc>
          <w:tcPr>
            <w:tcW w:w="2088" w:type="dxa"/>
            <w:shd w:val="clear" w:color="auto" w:fill="F3F6F8"/>
            <w:tcMar>
              <w:top w:w="90" w:type="dxa"/>
              <w:left w:w="110" w:type="dxa"/>
              <w:bottom w:w="90" w:type="dxa"/>
              <w:right w:w="110" w:type="dxa"/>
            </w:tcMar>
            <w:vAlign w:val="center"/>
          </w:tcPr>
          <w:p w14:paraId="73D7DF53" w14:textId="77777777" w:rsidR="006F345F" w:rsidRDefault="00000000">
            <w:r>
              <w:rPr>
                <w:b/>
                <w:color w:val="17365D"/>
                <w:sz w:val="17"/>
              </w:rPr>
              <w:t>Current housing</w:t>
            </w:r>
          </w:p>
        </w:tc>
        <w:tc>
          <w:tcPr>
            <w:tcW w:w="3096" w:type="dxa"/>
            <w:tcMar>
              <w:top w:w="90" w:type="dxa"/>
              <w:left w:w="110" w:type="dxa"/>
              <w:bottom w:w="90" w:type="dxa"/>
              <w:right w:w="110" w:type="dxa"/>
            </w:tcMar>
            <w:vAlign w:val="center"/>
          </w:tcPr>
          <w:p w14:paraId="3B9F7574" w14:textId="77777777" w:rsidR="006F345F" w:rsidRDefault="00000000">
            <w:r>
              <w:rPr>
                <w:color w:val="5F6B75"/>
                <w:sz w:val="17"/>
              </w:rPr>
              <w:t>Enter status</w:t>
            </w:r>
          </w:p>
        </w:tc>
      </w:tr>
    </w:tbl>
    <w:p w14:paraId="45CBC322" w14:textId="77777777" w:rsidR="006F345F" w:rsidRDefault="006F345F">
      <w:pPr>
        <w:spacing w:after="40"/>
      </w:pPr>
    </w:p>
    <w:p w14:paraId="3509C419" w14:textId="77777777" w:rsidR="006F345F" w:rsidRDefault="00000000">
      <w:pPr>
        <w:pStyle w:val="SectionHeader"/>
        <w:shd w:val="clear" w:color="auto" w:fill="17365D"/>
        <w:spacing w:before="120" w:after="100"/>
        <w:ind w:left="120" w:right="120"/>
      </w:pPr>
      <w:r>
        <w:rPr>
          <w:sz w:val="23"/>
        </w:rPr>
        <w:t>1. REFERRING ORGANISATION &amp; REFERRER DETAILS</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1C4F6DBC" w14:textId="77777777">
        <w:trPr>
          <w:cantSplit/>
          <w:jc w:val="center"/>
        </w:trPr>
        <w:tc>
          <w:tcPr>
            <w:tcW w:w="2088" w:type="dxa"/>
            <w:shd w:val="clear" w:color="auto" w:fill="F3F6F8"/>
            <w:tcMar>
              <w:top w:w="90" w:type="dxa"/>
              <w:left w:w="110" w:type="dxa"/>
              <w:bottom w:w="90" w:type="dxa"/>
              <w:right w:w="110" w:type="dxa"/>
            </w:tcMar>
            <w:vAlign w:val="center"/>
          </w:tcPr>
          <w:p w14:paraId="52B4B744" w14:textId="77777777" w:rsidR="006F345F" w:rsidRDefault="00000000">
            <w:r>
              <w:rPr>
                <w:b/>
                <w:color w:val="17365D"/>
                <w:sz w:val="17"/>
              </w:rPr>
              <w:t>Organisation</w:t>
            </w:r>
          </w:p>
        </w:tc>
        <w:tc>
          <w:tcPr>
            <w:tcW w:w="3096" w:type="dxa"/>
            <w:tcMar>
              <w:top w:w="90" w:type="dxa"/>
              <w:left w:w="110" w:type="dxa"/>
              <w:bottom w:w="90" w:type="dxa"/>
              <w:right w:w="110" w:type="dxa"/>
            </w:tcMar>
            <w:vAlign w:val="center"/>
          </w:tcPr>
          <w:p w14:paraId="79E790C7"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43AA23C5" w14:textId="77777777" w:rsidR="006F345F" w:rsidRDefault="00000000">
            <w:r>
              <w:rPr>
                <w:b/>
                <w:color w:val="17365D"/>
                <w:sz w:val="17"/>
              </w:rPr>
              <w:t>Referrer name</w:t>
            </w:r>
          </w:p>
        </w:tc>
        <w:tc>
          <w:tcPr>
            <w:tcW w:w="3096" w:type="dxa"/>
            <w:tcMar>
              <w:top w:w="90" w:type="dxa"/>
              <w:left w:w="110" w:type="dxa"/>
              <w:bottom w:w="90" w:type="dxa"/>
              <w:right w:w="110" w:type="dxa"/>
            </w:tcMar>
            <w:vAlign w:val="center"/>
          </w:tcPr>
          <w:p w14:paraId="712B119B" w14:textId="77777777" w:rsidR="006F345F" w:rsidRDefault="00000000">
            <w:r>
              <w:rPr>
                <w:color w:val="5F6B75"/>
                <w:sz w:val="17"/>
              </w:rPr>
              <w:t>Enter details</w:t>
            </w:r>
          </w:p>
        </w:tc>
      </w:tr>
      <w:tr w:rsidR="006F345F" w14:paraId="07565D42" w14:textId="77777777">
        <w:trPr>
          <w:cantSplit/>
          <w:jc w:val="center"/>
        </w:trPr>
        <w:tc>
          <w:tcPr>
            <w:tcW w:w="2088" w:type="dxa"/>
            <w:shd w:val="clear" w:color="auto" w:fill="F3F6F8"/>
            <w:tcMar>
              <w:top w:w="90" w:type="dxa"/>
              <w:left w:w="110" w:type="dxa"/>
              <w:bottom w:w="90" w:type="dxa"/>
              <w:right w:w="110" w:type="dxa"/>
            </w:tcMar>
            <w:vAlign w:val="center"/>
          </w:tcPr>
          <w:p w14:paraId="2E3173AE" w14:textId="77777777" w:rsidR="006F345F" w:rsidRDefault="00000000">
            <w:r>
              <w:rPr>
                <w:b/>
                <w:color w:val="17365D"/>
                <w:sz w:val="17"/>
              </w:rPr>
              <w:t>Job title / role</w:t>
            </w:r>
          </w:p>
        </w:tc>
        <w:tc>
          <w:tcPr>
            <w:tcW w:w="3096" w:type="dxa"/>
            <w:tcMar>
              <w:top w:w="90" w:type="dxa"/>
              <w:left w:w="110" w:type="dxa"/>
              <w:bottom w:w="90" w:type="dxa"/>
              <w:right w:w="110" w:type="dxa"/>
            </w:tcMar>
            <w:vAlign w:val="center"/>
          </w:tcPr>
          <w:p w14:paraId="3A2F9E65"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4FDC6DC5" w14:textId="77777777" w:rsidR="006F345F" w:rsidRDefault="00000000">
            <w:r>
              <w:rPr>
                <w:b/>
                <w:color w:val="17365D"/>
                <w:sz w:val="17"/>
              </w:rPr>
              <w:t>Telephone</w:t>
            </w:r>
          </w:p>
        </w:tc>
        <w:tc>
          <w:tcPr>
            <w:tcW w:w="3096" w:type="dxa"/>
            <w:tcMar>
              <w:top w:w="90" w:type="dxa"/>
              <w:left w:w="110" w:type="dxa"/>
              <w:bottom w:w="90" w:type="dxa"/>
              <w:right w:w="110" w:type="dxa"/>
            </w:tcMar>
            <w:vAlign w:val="center"/>
          </w:tcPr>
          <w:p w14:paraId="566BF9AE" w14:textId="77777777" w:rsidR="006F345F" w:rsidRDefault="00000000">
            <w:r>
              <w:rPr>
                <w:color w:val="5F6B75"/>
                <w:sz w:val="17"/>
              </w:rPr>
              <w:t>Enter details</w:t>
            </w:r>
          </w:p>
        </w:tc>
      </w:tr>
      <w:tr w:rsidR="006F345F" w14:paraId="709B8D06" w14:textId="77777777">
        <w:trPr>
          <w:cantSplit/>
          <w:jc w:val="center"/>
        </w:trPr>
        <w:tc>
          <w:tcPr>
            <w:tcW w:w="2088" w:type="dxa"/>
            <w:shd w:val="clear" w:color="auto" w:fill="F3F6F8"/>
            <w:tcMar>
              <w:top w:w="90" w:type="dxa"/>
              <w:left w:w="110" w:type="dxa"/>
              <w:bottom w:w="90" w:type="dxa"/>
              <w:right w:w="110" w:type="dxa"/>
            </w:tcMar>
            <w:vAlign w:val="center"/>
          </w:tcPr>
          <w:p w14:paraId="174466AD" w14:textId="77777777" w:rsidR="006F345F" w:rsidRDefault="00000000">
            <w:r>
              <w:rPr>
                <w:b/>
                <w:color w:val="17365D"/>
                <w:sz w:val="17"/>
              </w:rPr>
              <w:t>Email</w:t>
            </w:r>
          </w:p>
        </w:tc>
        <w:tc>
          <w:tcPr>
            <w:tcW w:w="3096" w:type="dxa"/>
            <w:tcMar>
              <w:top w:w="90" w:type="dxa"/>
              <w:left w:w="110" w:type="dxa"/>
              <w:bottom w:w="90" w:type="dxa"/>
              <w:right w:w="110" w:type="dxa"/>
            </w:tcMar>
            <w:vAlign w:val="center"/>
          </w:tcPr>
          <w:p w14:paraId="3623A914"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111A40E1" w14:textId="77777777" w:rsidR="006F345F" w:rsidRDefault="00000000">
            <w:r>
              <w:rPr>
                <w:b/>
                <w:color w:val="17365D"/>
                <w:sz w:val="17"/>
              </w:rPr>
              <w:t>Relationship to applicant</w:t>
            </w:r>
          </w:p>
        </w:tc>
        <w:tc>
          <w:tcPr>
            <w:tcW w:w="3096" w:type="dxa"/>
            <w:tcMar>
              <w:top w:w="90" w:type="dxa"/>
              <w:left w:w="110" w:type="dxa"/>
              <w:bottom w:w="90" w:type="dxa"/>
              <w:right w:w="110" w:type="dxa"/>
            </w:tcMar>
            <w:vAlign w:val="center"/>
          </w:tcPr>
          <w:p w14:paraId="3737BEB2" w14:textId="77777777" w:rsidR="006F345F" w:rsidRDefault="00000000">
            <w:r>
              <w:rPr>
                <w:color w:val="5F6B75"/>
                <w:sz w:val="17"/>
              </w:rPr>
              <w:t>Enter details</w:t>
            </w:r>
          </w:p>
        </w:tc>
      </w:tr>
    </w:tbl>
    <w:p w14:paraId="1A7E21A2"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2A26387D" w14:textId="77777777">
        <w:trPr>
          <w:cantSplit/>
          <w:jc w:val="center"/>
        </w:trPr>
        <w:tc>
          <w:tcPr>
            <w:tcW w:w="3240" w:type="dxa"/>
            <w:shd w:val="clear" w:color="auto" w:fill="F3F6F8"/>
            <w:tcMar>
              <w:top w:w="90" w:type="dxa"/>
              <w:left w:w="110" w:type="dxa"/>
              <w:bottom w:w="90" w:type="dxa"/>
              <w:right w:w="110" w:type="dxa"/>
            </w:tcMar>
            <w:vAlign w:val="center"/>
          </w:tcPr>
          <w:p w14:paraId="73DD0077" w14:textId="77777777" w:rsidR="006F345F" w:rsidRDefault="00000000">
            <w:r>
              <w:rPr>
                <w:b/>
                <w:color w:val="17365D"/>
                <w:sz w:val="18"/>
              </w:rPr>
              <w:t>Organisation address</w:t>
            </w:r>
          </w:p>
        </w:tc>
        <w:tc>
          <w:tcPr>
            <w:tcW w:w="7200" w:type="dxa"/>
            <w:tcMar>
              <w:top w:w="90" w:type="dxa"/>
              <w:left w:w="110" w:type="dxa"/>
              <w:bottom w:w="90" w:type="dxa"/>
              <w:right w:w="110" w:type="dxa"/>
            </w:tcMar>
            <w:vAlign w:val="center"/>
          </w:tcPr>
          <w:p w14:paraId="0067D36A" w14:textId="77777777" w:rsidR="006F345F" w:rsidRDefault="00000000">
            <w:r>
              <w:rPr>
                <w:color w:val="5F6B75"/>
                <w:sz w:val="18"/>
              </w:rPr>
              <w:t>Click or tap here to enter text.</w:t>
            </w:r>
          </w:p>
        </w:tc>
      </w:tr>
    </w:tbl>
    <w:p w14:paraId="1751E8FC" w14:textId="77777777" w:rsidR="006F345F" w:rsidRDefault="006F345F">
      <w:pPr>
        <w:spacing w:after="40"/>
      </w:pPr>
    </w:p>
    <w:p w14:paraId="3C63B7AE" w14:textId="77777777" w:rsidR="006F345F" w:rsidRDefault="00000000">
      <w:pPr>
        <w:pStyle w:val="SectionHeader"/>
        <w:shd w:val="clear" w:color="auto" w:fill="17365D"/>
        <w:spacing w:before="120" w:after="100"/>
        <w:ind w:left="120" w:right="120"/>
      </w:pPr>
      <w:r>
        <w:rPr>
          <w:sz w:val="23"/>
        </w:rPr>
        <w:t>2. APPLICANT / SERVICE USER DETAILS</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2AEA98BB" w14:textId="77777777">
        <w:trPr>
          <w:cantSplit/>
          <w:jc w:val="center"/>
        </w:trPr>
        <w:tc>
          <w:tcPr>
            <w:tcW w:w="2088" w:type="dxa"/>
            <w:shd w:val="clear" w:color="auto" w:fill="F3F6F8"/>
            <w:tcMar>
              <w:top w:w="90" w:type="dxa"/>
              <w:left w:w="110" w:type="dxa"/>
              <w:bottom w:w="90" w:type="dxa"/>
              <w:right w:w="110" w:type="dxa"/>
            </w:tcMar>
            <w:vAlign w:val="center"/>
          </w:tcPr>
          <w:p w14:paraId="588A6786" w14:textId="77777777" w:rsidR="006F345F" w:rsidRDefault="00000000">
            <w:r>
              <w:rPr>
                <w:b/>
                <w:color w:val="17365D"/>
                <w:sz w:val="17"/>
              </w:rPr>
              <w:t>Full legal name</w:t>
            </w:r>
          </w:p>
        </w:tc>
        <w:tc>
          <w:tcPr>
            <w:tcW w:w="3096" w:type="dxa"/>
            <w:tcMar>
              <w:top w:w="90" w:type="dxa"/>
              <w:left w:w="110" w:type="dxa"/>
              <w:bottom w:w="90" w:type="dxa"/>
              <w:right w:w="110" w:type="dxa"/>
            </w:tcMar>
            <w:vAlign w:val="center"/>
          </w:tcPr>
          <w:p w14:paraId="50B26D4D"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6817F2D8" w14:textId="77777777" w:rsidR="006F345F" w:rsidRDefault="00000000">
            <w:r>
              <w:rPr>
                <w:b/>
                <w:color w:val="17365D"/>
                <w:sz w:val="17"/>
              </w:rPr>
              <w:t>Preferred name</w:t>
            </w:r>
          </w:p>
        </w:tc>
        <w:tc>
          <w:tcPr>
            <w:tcW w:w="3096" w:type="dxa"/>
            <w:tcMar>
              <w:top w:w="90" w:type="dxa"/>
              <w:left w:w="110" w:type="dxa"/>
              <w:bottom w:w="90" w:type="dxa"/>
              <w:right w:w="110" w:type="dxa"/>
            </w:tcMar>
            <w:vAlign w:val="center"/>
          </w:tcPr>
          <w:p w14:paraId="79CC3A6E" w14:textId="77777777" w:rsidR="006F345F" w:rsidRDefault="00000000">
            <w:r>
              <w:rPr>
                <w:color w:val="5F6B75"/>
                <w:sz w:val="17"/>
              </w:rPr>
              <w:t>Enter details</w:t>
            </w:r>
          </w:p>
        </w:tc>
      </w:tr>
      <w:tr w:rsidR="006F345F" w14:paraId="03C743B3" w14:textId="77777777">
        <w:trPr>
          <w:cantSplit/>
          <w:jc w:val="center"/>
        </w:trPr>
        <w:tc>
          <w:tcPr>
            <w:tcW w:w="2088" w:type="dxa"/>
            <w:shd w:val="clear" w:color="auto" w:fill="F3F6F8"/>
            <w:tcMar>
              <w:top w:w="90" w:type="dxa"/>
              <w:left w:w="110" w:type="dxa"/>
              <w:bottom w:w="90" w:type="dxa"/>
              <w:right w:w="110" w:type="dxa"/>
            </w:tcMar>
            <w:vAlign w:val="center"/>
          </w:tcPr>
          <w:p w14:paraId="04F200B3" w14:textId="77777777" w:rsidR="006F345F" w:rsidRDefault="00000000">
            <w:r>
              <w:rPr>
                <w:b/>
                <w:color w:val="17365D"/>
                <w:sz w:val="17"/>
              </w:rPr>
              <w:t>Date of birth</w:t>
            </w:r>
          </w:p>
        </w:tc>
        <w:tc>
          <w:tcPr>
            <w:tcW w:w="3096" w:type="dxa"/>
            <w:tcMar>
              <w:top w:w="90" w:type="dxa"/>
              <w:left w:w="110" w:type="dxa"/>
              <w:bottom w:w="90" w:type="dxa"/>
              <w:right w:w="110" w:type="dxa"/>
            </w:tcMar>
            <w:vAlign w:val="center"/>
          </w:tcPr>
          <w:p w14:paraId="5311806F" w14:textId="77777777" w:rsidR="006F345F" w:rsidRDefault="00000000">
            <w:r>
              <w:rPr>
                <w:color w:val="5F6B75"/>
                <w:sz w:val="17"/>
              </w:rPr>
              <w:t>DD/MM/YYYY</w:t>
            </w:r>
          </w:p>
        </w:tc>
        <w:tc>
          <w:tcPr>
            <w:tcW w:w="2088" w:type="dxa"/>
            <w:shd w:val="clear" w:color="auto" w:fill="F3F6F8"/>
            <w:tcMar>
              <w:top w:w="90" w:type="dxa"/>
              <w:left w:w="110" w:type="dxa"/>
              <w:bottom w:w="90" w:type="dxa"/>
              <w:right w:w="110" w:type="dxa"/>
            </w:tcMar>
            <w:vAlign w:val="center"/>
          </w:tcPr>
          <w:p w14:paraId="6178FF02" w14:textId="77777777" w:rsidR="006F345F" w:rsidRDefault="00000000">
            <w:r>
              <w:rPr>
                <w:b/>
                <w:color w:val="17365D"/>
                <w:sz w:val="17"/>
              </w:rPr>
              <w:t>Gender</w:t>
            </w:r>
          </w:p>
        </w:tc>
        <w:tc>
          <w:tcPr>
            <w:tcW w:w="3096" w:type="dxa"/>
            <w:tcMar>
              <w:top w:w="90" w:type="dxa"/>
              <w:left w:w="110" w:type="dxa"/>
              <w:bottom w:w="90" w:type="dxa"/>
              <w:right w:w="110" w:type="dxa"/>
            </w:tcMar>
            <w:vAlign w:val="center"/>
          </w:tcPr>
          <w:p w14:paraId="79DBE403" w14:textId="77777777" w:rsidR="006F345F" w:rsidRDefault="00000000">
            <w:r>
              <w:rPr>
                <w:color w:val="5F6B75"/>
                <w:sz w:val="17"/>
              </w:rPr>
              <w:t>Enter details</w:t>
            </w:r>
          </w:p>
        </w:tc>
      </w:tr>
      <w:tr w:rsidR="006F345F" w14:paraId="28A2554D" w14:textId="77777777">
        <w:trPr>
          <w:cantSplit/>
          <w:jc w:val="center"/>
        </w:trPr>
        <w:tc>
          <w:tcPr>
            <w:tcW w:w="2088" w:type="dxa"/>
            <w:shd w:val="clear" w:color="auto" w:fill="F3F6F8"/>
            <w:tcMar>
              <w:top w:w="90" w:type="dxa"/>
              <w:left w:w="110" w:type="dxa"/>
              <w:bottom w:w="90" w:type="dxa"/>
              <w:right w:w="110" w:type="dxa"/>
            </w:tcMar>
            <w:vAlign w:val="center"/>
          </w:tcPr>
          <w:p w14:paraId="0E7CE034" w14:textId="77777777" w:rsidR="006F345F" w:rsidRDefault="00000000">
            <w:r>
              <w:rPr>
                <w:b/>
                <w:color w:val="17365D"/>
                <w:sz w:val="17"/>
              </w:rPr>
              <w:t>Pronouns</w:t>
            </w:r>
          </w:p>
        </w:tc>
        <w:tc>
          <w:tcPr>
            <w:tcW w:w="3096" w:type="dxa"/>
            <w:tcMar>
              <w:top w:w="90" w:type="dxa"/>
              <w:left w:w="110" w:type="dxa"/>
              <w:bottom w:w="90" w:type="dxa"/>
              <w:right w:w="110" w:type="dxa"/>
            </w:tcMar>
            <w:vAlign w:val="center"/>
          </w:tcPr>
          <w:p w14:paraId="67B1EAE1"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2F8C9839" w14:textId="77777777" w:rsidR="006F345F" w:rsidRDefault="00000000">
            <w:r>
              <w:rPr>
                <w:b/>
                <w:color w:val="17365D"/>
                <w:sz w:val="17"/>
              </w:rPr>
              <w:t>Ethnicity</w:t>
            </w:r>
          </w:p>
        </w:tc>
        <w:tc>
          <w:tcPr>
            <w:tcW w:w="3096" w:type="dxa"/>
            <w:tcMar>
              <w:top w:w="90" w:type="dxa"/>
              <w:left w:w="110" w:type="dxa"/>
              <w:bottom w:w="90" w:type="dxa"/>
              <w:right w:w="110" w:type="dxa"/>
            </w:tcMar>
            <w:vAlign w:val="center"/>
          </w:tcPr>
          <w:p w14:paraId="3FB89E6B" w14:textId="77777777" w:rsidR="006F345F" w:rsidRDefault="00000000">
            <w:r>
              <w:rPr>
                <w:color w:val="5F6B75"/>
                <w:sz w:val="17"/>
              </w:rPr>
              <w:t>Enter details</w:t>
            </w:r>
          </w:p>
        </w:tc>
      </w:tr>
      <w:tr w:rsidR="006F345F" w14:paraId="3C153FAC" w14:textId="77777777">
        <w:trPr>
          <w:cantSplit/>
          <w:jc w:val="center"/>
        </w:trPr>
        <w:tc>
          <w:tcPr>
            <w:tcW w:w="2088" w:type="dxa"/>
            <w:shd w:val="clear" w:color="auto" w:fill="F3F6F8"/>
            <w:tcMar>
              <w:top w:w="90" w:type="dxa"/>
              <w:left w:w="110" w:type="dxa"/>
              <w:bottom w:w="90" w:type="dxa"/>
              <w:right w:w="110" w:type="dxa"/>
            </w:tcMar>
            <w:vAlign w:val="center"/>
          </w:tcPr>
          <w:p w14:paraId="76AF2A0F" w14:textId="77777777" w:rsidR="006F345F" w:rsidRDefault="00000000">
            <w:r>
              <w:rPr>
                <w:b/>
                <w:color w:val="17365D"/>
                <w:sz w:val="17"/>
              </w:rPr>
              <w:t>National Insurance No.</w:t>
            </w:r>
          </w:p>
        </w:tc>
        <w:tc>
          <w:tcPr>
            <w:tcW w:w="3096" w:type="dxa"/>
            <w:tcMar>
              <w:top w:w="90" w:type="dxa"/>
              <w:left w:w="110" w:type="dxa"/>
              <w:bottom w:w="90" w:type="dxa"/>
              <w:right w:w="110" w:type="dxa"/>
            </w:tcMar>
            <w:vAlign w:val="center"/>
          </w:tcPr>
          <w:p w14:paraId="38ED7F68"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0A3D794C" w14:textId="77777777" w:rsidR="006F345F" w:rsidRDefault="00000000">
            <w:r>
              <w:rPr>
                <w:b/>
                <w:color w:val="17365D"/>
                <w:sz w:val="17"/>
              </w:rPr>
              <w:t>Telephone</w:t>
            </w:r>
          </w:p>
        </w:tc>
        <w:tc>
          <w:tcPr>
            <w:tcW w:w="3096" w:type="dxa"/>
            <w:tcMar>
              <w:top w:w="90" w:type="dxa"/>
              <w:left w:w="110" w:type="dxa"/>
              <w:bottom w:w="90" w:type="dxa"/>
              <w:right w:w="110" w:type="dxa"/>
            </w:tcMar>
            <w:vAlign w:val="center"/>
          </w:tcPr>
          <w:p w14:paraId="73631B25" w14:textId="77777777" w:rsidR="006F345F" w:rsidRDefault="00000000">
            <w:r>
              <w:rPr>
                <w:color w:val="5F6B75"/>
                <w:sz w:val="17"/>
              </w:rPr>
              <w:t>Enter details</w:t>
            </w:r>
          </w:p>
        </w:tc>
      </w:tr>
      <w:tr w:rsidR="006F345F" w14:paraId="63AACCCF" w14:textId="77777777">
        <w:trPr>
          <w:cantSplit/>
          <w:jc w:val="center"/>
        </w:trPr>
        <w:tc>
          <w:tcPr>
            <w:tcW w:w="2088" w:type="dxa"/>
            <w:shd w:val="clear" w:color="auto" w:fill="F3F6F8"/>
            <w:tcMar>
              <w:top w:w="90" w:type="dxa"/>
              <w:left w:w="110" w:type="dxa"/>
              <w:bottom w:w="90" w:type="dxa"/>
              <w:right w:w="110" w:type="dxa"/>
            </w:tcMar>
            <w:vAlign w:val="center"/>
          </w:tcPr>
          <w:p w14:paraId="16386C40" w14:textId="77777777" w:rsidR="006F345F" w:rsidRDefault="00000000">
            <w:r>
              <w:rPr>
                <w:b/>
                <w:color w:val="17365D"/>
                <w:sz w:val="17"/>
              </w:rPr>
              <w:t>Email</w:t>
            </w:r>
          </w:p>
        </w:tc>
        <w:tc>
          <w:tcPr>
            <w:tcW w:w="3096" w:type="dxa"/>
            <w:tcMar>
              <w:top w:w="90" w:type="dxa"/>
              <w:left w:w="110" w:type="dxa"/>
              <w:bottom w:w="90" w:type="dxa"/>
              <w:right w:w="110" w:type="dxa"/>
            </w:tcMar>
            <w:vAlign w:val="center"/>
          </w:tcPr>
          <w:p w14:paraId="0D9D80A9"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6E5D89B7" w14:textId="77777777" w:rsidR="006F345F" w:rsidRDefault="00000000">
            <w:r>
              <w:rPr>
                <w:b/>
                <w:color w:val="17365D"/>
                <w:sz w:val="17"/>
              </w:rPr>
              <w:t>Preferred contact</w:t>
            </w:r>
          </w:p>
        </w:tc>
        <w:tc>
          <w:tcPr>
            <w:tcW w:w="3096" w:type="dxa"/>
            <w:tcMar>
              <w:top w:w="90" w:type="dxa"/>
              <w:left w:w="110" w:type="dxa"/>
              <w:bottom w:w="90" w:type="dxa"/>
              <w:right w:w="110" w:type="dxa"/>
            </w:tcMar>
            <w:vAlign w:val="center"/>
          </w:tcPr>
          <w:p w14:paraId="157925C6" w14:textId="77777777" w:rsidR="006F345F" w:rsidRDefault="00000000">
            <w:r>
              <w:rPr>
                <w:color w:val="5F6B75"/>
                <w:sz w:val="17"/>
              </w:rPr>
              <w:t>☐ Phone  ☐ Email  ☐ Other</w:t>
            </w:r>
          </w:p>
        </w:tc>
      </w:tr>
    </w:tbl>
    <w:p w14:paraId="2A7FFDAA"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7B79E9E4" w14:textId="77777777">
        <w:trPr>
          <w:cantSplit/>
          <w:jc w:val="center"/>
        </w:trPr>
        <w:tc>
          <w:tcPr>
            <w:tcW w:w="3240" w:type="dxa"/>
            <w:shd w:val="clear" w:color="auto" w:fill="F3F6F8"/>
            <w:tcMar>
              <w:top w:w="90" w:type="dxa"/>
              <w:left w:w="110" w:type="dxa"/>
              <w:bottom w:w="90" w:type="dxa"/>
              <w:right w:w="110" w:type="dxa"/>
            </w:tcMar>
            <w:vAlign w:val="center"/>
          </w:tcPr>
          <w:p w14:paraId="0B331BC8" w14:textId="77777777" w:rsidR="006F345F" w:rsidRDefault="00000000">
            <w:r>
              <w:rPr>
                <w:b/>
                <w:color w:val="17365D"/>
                <w:sz w:val="18"/>
              </w:rPr>
              <w:t>Current address / location</w:t>
            </w:r>
          </w:p>
        </w:tc>
        <w:tc>
          <w:tcPr>
            <w:tcW w:w="7200" w:type="dxa"/>
            <w:tcMar>
              <w:top w:w="90" w:type="dxa"/>
              <w:left w:w="110" w:type="dxa"/>
              <w:bottom w:w="90" w:type="dxa"/>
              <w:right w:w="110" w:type="dxa"/>
            </w:tcMar>
            <w:vAlign w:val="center"/>
          </w:tcPr>
          <w:p w14:paraId="42BD83E6" w14:textId="77777777" w:rsidR="006F345F" w:rsidRDefault="00000000">
            <w:r>
              <w:rPr>
                <w:color w:val="5F6B75"/>
                <w:sz w:val="18"/>
              </w:rPr>
              <w:t>Click or tap here to enter text.</w:t>
            </w:r>
          </w:p>
        </w:tc>
      </w:tr>
      <w:tr w:rsidR="006F345F" w14:paraId="0658B160" w14:textId="77777777">
        <w:trPr>
          <w:cantSplit/>
          <w:jc w:val="center"/>
        </w:trPr>
        <w:tc>
          <w:tcPr>
            <w:tcW w:w="3240" w:type="dxa"/>
            <w:shd w:val="clear" w:color="auto" w:fill="F3F6F8"/>
            <w:tcMar>
              <w:top w:w="90" w:type="dxa"/>
              <w:left w:w="110" w:type="dxa"/>
              <w:bottom w:w="90" w:type="dxa"/>
              <w:right w:w="110" w:type="dxa"/>
            </w:tcMar>
            <w:vAlign w:val="center"/>
          </w:tcPr>
          <w:p w14:paraId="0F0EB9C8" w14:textId="77777777" w:rsidR="006F345F" w:rsidRDefault="00000000">
            <w:r>
              <w:rPr>
                <w:b/>
                <w:color w:val="17365D"/>
                <w:sz w:val="18"/>
              </w:rPr>
              <w:t>Next of kin / emergency contact</w:t>
            </w:r>
          </w:p>
        </w:tc>
        <w:tc>
          <w:tcPr>
            <w:tcW w:w="7200" w:type="dxa"/>
            <w:tcMar>
              <w:top w:w="90" w:type="dxa"/>
              <w:left w:w="110" w:type="dxa"/>
              <w:bottom w:w="90" w:type="dxa"/>
              <w:right w:w="110" w:type="dxa"/>
            </w:tcMar>
            <w:vAlign w:val="center"/>
          </w:tcPr>
          <w:p w14:paraId="42F9DB23" w14:textId="77777777" w:rsidR="006F345F" w:rsidRDefault="00000000">
            <w:r>
              <w:rPr>
                <w:color w:val="5F6B75"/>
                <w:sz w:val="18"/>
              </w:rPr>
              <w:t>Name, relationship and contact details</w:t>
            </w:r>
          </w:p>
        </w:tc>
      </w:tr>
      <w:tr w:rsidR="006F345F" w14:paraId="2AE67BF0" w14:textId="77777777">
        <w:trPr>
          <w:cantSplit/>
          <w:jc w:val="center"/>
        </w:trPr>
        <w:tc>
          <w:tcPr>
            <w:tcW w:w="3240" w:type="dxa"/>
            <w:shd w:val="clear" w:color="auto" w:fill="F3F6F8"/>
            <w:tcMar>
              <w:top w:w="90" w:type="dxa"/>
              <w:left w:w="110" w:type="dxa"/>
              <w:bottom w:w="90" w:type="dxa"/>
              <w:right w:w="110" w:type="dxa"/>
            </w:tcMar>
            <w:vAlign w:val="center"/>
          </w:tcPr>
          <w:p w14:paraId="13995352" w14:textId="77777777" w:rsidR="006F345F" w:rsidRDefault="00000000">
            <w:r>
              <w:rPr>
                <w:b/>
                <w:color w:val="17365D"/>
                <w:sz w:val="18"/>
              </w:rPr>
              <w:t>Communication / language needs</w:t>
            </w:r>
          </w:p>
        </w:tc>
        <w:tc>
          <w:tcPr>
            <w:tcW w:w="7200" w:type="dxa"/>
            <w:tcMar>
              <w:top w:w="90" w:type="dxa"/>
              <w:left w:w="110" w:type="dxa"/>
              <w:bottom w:w="90" w:type="dxa"/>
              <w:right w:w="110" w:type="dxa"/>
            </w:tcMar>
            <w:vAlign w:val="center"/>
          </w:tcPr>
          <w:p w14:paraId="7C1E210A" w14:textId="77777777" w:rsidR="006F345F" w:rsidRDefault="00000000">
            <w:r>
              <w:rPr>
                <w:color w:val="5F6B75"/>
                <w:sz w:val="18"/>
              </w:rPr>
              <w:t>Interpreter, literacy, hearing, communication aids, preferred language, etc.</w:t>
            </w:r>
          </w:p>
        </w:tc>
      </w:tr>
    </w:tbl>
    <w:p w14:paraId="672D710A" w14:textId="77777777" w:rsidR="006F345F" w:rsidRDefault="006F345F">
      <w:pPr>
        <w:spacing w:after="40"/>
      </w:pPr>
    </w:p>
    <w:p w14:paraId="55567814" w14:textId="77777777" w:rsidR="006F345F" w:rsidRDefault="00000000">
      <w:pPr>
        <w:pStyle w:val="SectionHeader"/>
        <w:shd w:val="clear" w:color="auto" w:fill="17365D"/>
        <w:spacing w:before="120" w:after="100"/>
        <w:ind w:left="120" w:right="120"/>
      </w:pPr>
      <w:r>
        <w:rPr>
          <w:sz w:val="23"/>
        </w:rPr>
        <w:t>3. HOUSING NEED &amp; REFERRAL INFORMATION</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29B4639D" w14:textId="77777777">
        <w:trPr>
          <w:cantSplit/>
          <w:jc w:val="center"/>
        </w:trPr>
        <w:tc>
          <w:tcPr>
            <w:tcW w:w="3240" w:type="dxa"/>
            <w:shd w:val="clear" w:color="auto" w:fill="F3F6F8"/>
            <w:tcMar>
              <w:top w:w="90" w:type="dxa"/>
              <w:left w:w="110" w:type="dxa"/>
              <w:bottom w:w="90" w:type="dxa"/>
              <w:right w:w="110" w:type="dxa"/>
            </w:tcMar>
            <w:vAlign w:val="center"/>
          </w:tcPr>
          <w:p w14:paraId="7149833C" w14:textId="77777777" w:rsidR="006F345F" w:rsidRDefault="00000000">
            <w:r>
              <w:rPr>
                <w:b/>
                <w:color w:val="17365D"/>
                <w:sz w:val="18"/>
              </w:rPr>
              <w:t>Reason for referral</w:t>
            </w:r>
          </w:p>
        </w:tc>
        <w:tc>
          <w:tcPr>
            <w:tcW w:w="7200" w:type="dxa"/>
            <w:tcMar>
              <w:top w:w="90" w:type="dxa"/>
              <w:left w:w="110" w:type="dxa"/>
              <w:bottom w:w="90" w:type="dxa"/>
              <w:right w:w="110" w:type="dxa"/>
            </w:tcMar>
            <w:vAlign w:val="center"/>
          </w:tcPr>
          <w:p w14:paraId="2C3C8B2F" w14:textId="77777777" w:rsidR="006F345F" w:rsidRDefault="00000000">
            <w:r>
              <w:rPr>
                <w:color w:val="5F6B75"/>
                <w:sz w:val="18"/>
              </w:rPr>
              <w:t>Please explain why supported accommodation is required and what outcome is sought.</w:t>
            </w:r>
            <w:r>
              <w:br/>
            </w:r>
            <w:r>
              <w:br/>
            </w:r>
          </w:p>
        </w:tc>
      </w:tr>
      <w:tr w:rsidR="006F345F" w14:paraId="596EBE5C" w14:textId="77777777">
        <w:trPr>
          <w:cantSplit/>
          <w:jc w:val="center"/>
        </w:trPr>
        <w:tc>
          <w:tcPr>
            <w:tcW w:w="3240" w:type="dxa"/>
            <w:shd w:val="clear" w:color="auto" w:fill="F3F6F8"/>
            <w:tcMar>
              <w:top w:w="90" w:type="dxa"/>
              <w:left w:w="110" w:type="dxa"/>
              <w:bottom w:w="90" w:type="dxa"/>
              <w:right w:w="110" w:type="dxa"/>
            </w:tcMar>
            <w:vAlign w:val="center"/>
          </w:tcPr>
          <w:p w14:paraId="085E5A33" w14:textId="77777777" w:rsidR="006F345F" w:rsidRDefault="00000000">
            <w:r>
              <w:rPr>
                <w:b/>
                <w:color w:val="17365D"/>
                <w:sz w:val="18"/>
              </w:rPr>
              <w:t>Current housing situation</w:t>
            </w:r>
          </w:p>
        </w:tc>
        <w:tc>
          <w:tcPr>
            <w:tcW w:w="7200" w:type="dxa"/>
            <w:tcMar>
              <w:top w:w="90" w:type="dxa"/>
              <w:left w:w="110" w:type="dxa"/>
              <w:bottom w:w="90" w:type="dxa"/>
              <w:right w:w="110" w:type="dxa"/>
            </w:tcMar>
            <w:vAlign w:val="center"/>
          </w:tcPr>
          <w:p w14:paraId="26B71A0A" w14:textId="77777777" w:rsidR="006F345F" w:rsidRDefault="00000000">
            <w:r>
              <w:rPr>
                <w:color w:val="5F6B75"/>
                <w:sz w:val="18"/>
              </w:rPr>
              <w:t>e.g. homeless, sofa surfing, temporary accommodation, hospital, custody, tenancy at risk, family home.</w:t>
            </w:r>
          </w:p>
        </w:tc>
      </w:tr>
      <w:tr w:rsidR="006F345F" w14:paraId="43DDE97B" w14:textId="77777777">
        <w:trPr>
          <w:cantSplit/>
          <w:jc w:val="center"/>
        </w:trPr>
        <w:tc>
          <w:tcPr>
            <w:tcW w:w="3240" w:type="dxa"/>
            <w:shd w:val="clear" w:color="auto" w:fill="F3F6F8"/>
            <w:tcMar>
              <w:top w:w="90" w:type="dxa"/>
              <w:left w:w="110" w:type="dxa"/>
              <w:bottom w:w="90" w:type="dxa"/>
              <w:right w:w="110" w:type="dxa"/>
            </w:tcMar>
            <w:vAlign w:val="center"/>
          </w:tcPr>
          <w:p w14:paraId="0889A944" w14:textId="77777777" w:rsidR="006F345F" w:rsidRDefault="00000000">
            <w:r>
              <w:rPr>
                <w:b/>
                <w:color w:val="17365D"/>
                <w:sz w:val="18"/>
              </w:rPr>
              <w:lastRenderedPageBreak/>
              <w:t>Housing history</w:t>
            </w:r>
          </w:p>
        </w:tc>
        <w:tc>
          <w:tcPr>
            <w:tcW w:w="7200" w:type="dxa"/>
            <w:tcMar>
              <w:top w:w="90" w:type="dxa"/>
              <w:left w:w="110" w:type="dxa"/>
              <w:bottom w:w="90" w:type="dxa"/>
              <w:right w:w="110" w:type="dxa"/>
            </w:tcMar>
            <w:vAlign w:val="center"/>
          </w:tcPr>
          <w:p w14:paraId="242F4104" w14:textId="77777777" w:rsidR="006F345F" w:rsidRDefault="00000000">
            <w:r>
              <w:rPr>
                <w:color w:val="5F6B75"/>
                <w:sz w:val="18"/>
              </w:rPr>
              <w:t>Previous tenancies/accommodation, evictions, abandonments, arrears or tenancy sustainment concerns.</w:t>
            </w:r>
            <w:r>
              <w:br/>
            </w:r>
            <w:r>
              <w:br/>
            </w:r>
          </w:p>
        </w:tc>
      </w:tr>
      <w:tr w:rsidR="006F345F" w14:paraId="6BA4DC08" w14:textId="77777777">
        <w:trPr>
          <w:cantSplit/>
          <w:jc w:val="center"/>
        </w:trPr>
        <w:tc>
          <w:tcPr>
            <w:tcW w:w="3240" w:type="dxa"/>
            <w:shd w:val="clear" w:color="auto" w:fill="F3F6F8"/>
            <w:tcMar>
              <w:top w:w="90" w:type="dxa"/>
              <w:left w:w="110" w:type="dxa"/>
              <w:bottom w:w="90" w:type="dxa"/>
              <w:right w:w="110" w:type="dxa"/>
            </w:tcMar>
            <w:vAlign w:val="center"/>
          </w:tcPr>
          <w:p w14:paraId="3352E1E9" w14:textId="77777777" w:rsidR="006F345F" w:rsidRDefault="00000000">
            <w:r>
              <w:rPr>
                <w:b/>
                <w:color w:val="17365D"/>
                <w:sz w:val="18"/>
              </w:rPr>
              <w:t>Local connection / preferred areas</w:t>
            </w:r>
          </w:p>
        </w:tc>
        <w:tc>
          <w:tcPr>
            <w:tcW w:w="7200" w:type="dxa"/>
            <w:tcMar>
              <w:top w:w="90" w:type="dxa"/>
              <w:left w:w="110" w:type="dxa"/>
              <w:bottom w:w="90" w:type="dxa"/>
              <w:right w:w="110" w:type="dxa"/>
            </w:tcMar>
            <w:vAlign w:val="center"/>
          </w:tcPr>
          <w:p w14:paraId="0DB17367" w14:textId="77777777" w:rsidR="006F345F" w:rsidRDefault="00000000">
            <w:r>
              <w:rPr>
                <w:color w:val="5F6B75"/>
                <w:sz w:val="18"/>
              </w:rPr>
              <w:t>Include areas required or to be avoided and reasons where relevant.</w:t>
            </w:r>
          </w:p>
        </w:tc>
      </w:tr>
      <w:tr w:rsidR="006F345F" w14:paraId="68BC9F6E" w14:textId="77777777">
        <w:trPr>
          <w:cantSplit/>
          <w:jc w:val="center"/>
        </w:trPr>
        <w:tc>
          <w:tcPr>
            <w:tcW w:w="3240" w:type="dxa"/>
            <w:shd w:val="clear" w:color="auto" w:fill="F3F6F8"/>
            <w:tcMar>
              <w:top w:w="90" w:type="dxa"/>
              <w:left w:w="110" w:type="dxa"/>
              <w:bottom w:w="90" w:type="dxa"/>
              <w:right w:w="110" w:type="dxa"/>
            </w:tcMar>
            <w:vAlign w:val="center"/>
          </w:tcPr>
          <w:p w14:paraId="2E99FFCA" w14:textId="77777777" w:rsidR="006F345F" w:rsidRDefault="00000000">
            <w:r>
              <w:rPr>
                <w:b/>
                <w:color w:val="17365D"/>
                <w:sz w:val="18"/>
              </w:rPr>
              <w:t>Accessibility / property requirements</w:t>
            </w:r>
          </w:p>
        </w:tc>
        <w:tc>
          <w:tcPr>
            <w:tcW w:w="7200" w:type="dxa"/>
            <w:tcMar>
              <w:top w:w="90" w:type="dxa"/>
              <w:left w:w="110" w:type="dxa"/>
              <w:bottom w:w="90" w:type="dxa"/>
              <w:right w:w="110" w:type="dxa"/>
            </w:tcMar>
            <w:vAlign w:val="center"/>
          </w:tcPr>
          <w:p w14:paraId="64F6BCFA" w14:textId="77777777" w:rsidR="006F345F" w:rsidRDefault="00000000">
            <w:r>
              <w:rPr>
                <w:color w:val="5F6B75"/>
                <w:sz w:val="18"/>
              </w:rPr>
              <w:t>Ground floor, adapted facilities, mobility considerations or other essential requirements.</w:t>
            </w:r>
          </w:p>
        </w:tc>
      </w:tr>
    </w:tbl>
    <w:p w14:paraId="273D2C48"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6D9AD45A" w14:textId="77777777">
        <w:trPr>
          <w:cantSplit/>
          <w:jc w:val="center"/>
        </w:trPr>
        <w:tc>
          <w:tcPr>
            <w:tcW w:w="2088" w:type="dxa"/>
            <w:shd w:val="clear" w:color="auto" w:fill="F3F6F8"/>
            <w:tcMar>
              <w:top w:w="90" w:type="dxa"/>
              <w:left w:w="110" w:type="dxa"/>
              <w:bottom w:w="90" w:type="dxa"/>
              <w:right w:w="110" w:type="dxa"/>
            </w:tcMar>
            <w:vAlign w:val="center"/>
          </w:tcPr>
          <w:p w14:paraId="70D8A084" w14:textId="77777777" w:rsidR="006F345F" w:rsidRDefault="00000000">
            <w:r>
              <w:rPr>
                <w:b/>
                <w:color w:val="17365D"/>
                <w:sz w:val="17"/>
              </w:rPr>
              <w:t>Notice / move-out date</w:t>
            </w:r>
          </w:p>
        </w:tc>
        <w:tc>
          <w:tcPr>
            <w:tcW w:w="3096" w:type="dxa"/>
            <w:tcMar>
              <w:top w:w="90" w:type="dxa"/>
              <w:left w:w="110" w:type="dxa"/>
              <w:bottom w:w="90" w:type="dxa"/>
              <w:right w:w="110" w:type="dxa"/>
            </w:tcMar>
            <w:vAlign w:val="center"/>
          </w:tcPr>
          <w:p w14:paraId="4192EA67"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3C375466" w14:textId="77777777" w:rsidR="006F345F" w:rsidRDefault="00000000">
            <w:r>
              <w:rPr>
                <w:b/>
                <w:color w:val="17365D"/>
                <w:sz w:val="17"/>
              </w:rPr>
              <w:t>Rent arrears</w:t>
            </w:r>
          </w:p>
        </w:tc>
        <w:tc>
          <w:tcPr>
            <w:tcW w:w="3096" w:type="dxa"/>
            <w:tcMar>
              <w:top w:w="90" w:type="dxa"/>
              <w:left w:w="110" w:type="dxa"/>
              <w:bottom w:w="90" w:type="dxa"/>
              <w:right w:w="110" w:type="dxa"/>
            </w:tcMar>
            <w:vAlign w:val="center"/>
          </w:tcPr>
          <w:p w14:paraId="31ADA4DF" w14:textId="77777777" w:rsidR="006F345F" w:rsidRDefault="00000000">
            <w:r>
              <w:rPr>
                <w:color w:val="5F6B75"/>
                <w:sz w:val="17"/>
              </w:rPr>
              <w:t>☐ No  ☐ Yes  Amount: £</w:t>
            </w:r>
          </w:p>
        </w:tc>
      </w:tr>
      <w:tr w:rsidR="006F345F" w14:paraId="59C3C0D8" w14:textId="77777777">
        <w:trPr>
          <w:cantSplit/>
          <w:jc w:val="center"/>
        </w:trPr>
        <w:tc>
          <w:tcPr>
            <w:tcW w:w="2088" w:type="dxa"/>
            <w:shd w:val="clear" w:color="auto" w:fill="F3F6F8"/>
            <w:tcMar>
              <w:top w:w="90" w:type="dxa"/>
              <w:left w:w="110" w:type="dxa"/>
              <w:bottom w:w="90" w:type="dxa"/>
              <w:right w:w="110" w:type="dxa"/>
            </w:tcMar>
            <w:vAlign w:val="center"/>
          </w:tcPr>
          <w:p w14:paraId="67D17CA0" w14:textId="77777777" w:rsidR="006F345F" w:rsidRDefault="00000000">
            <w:r>
              <w:rPr>
                <w:b/>
                <w:color w:val="17365D"/>
                <w:sz w:val="17"/>
              </w:rPr>
              <w:t>ID available</w:t>
            </w:r>
          </w:p>
        </w:tc>
        <w:tc>
          <w:tcPr>
            <w:tcW w:w="3096" w:type="dxa"/>
            <w:tcMar>
              <w:top w:w="90" w:type="dxa"/>
              <w:left w:w="110" w:type="dxa"/>
              <w:bottom w:w="90" w:type="dxa"/>
              <w:right w:w="110" w:type="dxa"/>
            </w:tcMar>
            <w:vAlign w:val="center"/>
          </w:tcPr>
          <w:p w14:paraId="6AA6F0BF" w14:textId="77777777" w:rsidR="006F345F" w:rsidRDefault="00000000">
            <w:r>
              <w:rPr>
                <w:color w:val="5F6B75"/>
                <w:sz w:val="17"/>
              </w:rPr>
              <w:t>☐ Yes  ☐ No</w:t>
            </w:r>
          </w:p>
        </w:tc>
        <w:tc>
          <w:tcPr>
            <w:tcW w:w="2088" w:type="dxa"/>
            <w:shd w:val="clear" w:color="auto" w:fill="F3F6F8"/>
            <w:tcMar>
              <w:top w:w="90" w:type="dxa"/>
              <w:left w:w="110" w:type="dxa"/>
              <w:bottom w:w="90" w:type="dxa"/>
              <w:right w:w="110" w:type="dxa"/>
            </w:tcMar>
            <w:vAlign w:val="center"/>
          </w:tcPr>
          <w:p w14:paraId="216EBB6F" w14:textId="77777777" w:rsidR="006F345F" w:rsidRDefault="00000000">
            <w:r>
              <w:rPr>
                <w:b/>
                <w:color w:val="17365D"/>
                <w:sz w:val="17"/>
              </w:rPr>
              <w:t>Proof of benefits</w:t>
            </w:r>
          </w:p>
        </w:tc>
        <w:tc>
          <w:tcPr>
            <w:tcW w:w="3096" w:type="dxa"/>
            <w:tcMar>
              <w:top w:w="90" w:type="dxa"/>
              <w:left w:w="110" w:type="dxa"/>
              <w:bottom w:w="90" w:type="dxa"/>
              <w:right w:w="110" w:type="dxa"/>
            </w:tcMar>
            <w:vAlign w:val="center"/>
          </w:tcPr>
          <w:p w14:paraId="30196851" w14:textId="77777777" w:rsidR="006F345F" w:rsidRDefault="00000000">
            <w:r>
              <w:rPr>
                <w:color w:val="5F6B75"/>
                <w:sz w:val="17"/>
              </w:rPr>
              <w:t>☐ Yes  ☐ No</w:t>
            </w:r>
          </w:p>
        </w:tc>
      </w:tr>
    </w:tbl>
    <w:p w14:paraId="45C9FB01" w14:textId="77777777" w:rsidR="006F345F" w:rsidRDefault="006F345F">
      <w:pPr>
        <w:spacing w:after="40"/>
      </w:pPr>
    </w:p>
    <w:p w14:paraId="70AF3BB6" w14:textId="77777777" w:rsidR="006F345F" w:rsidRDefault="00000000">
      <w:pPr>
        <w:pStyle w:val="SectionHeader"/>
        <w:shd w:val="clear" w:color="auto" w:fill="17365D"/>
        <w:spacing w:before="120" w:after="100"/>
        <w:ind w:left="120" w:right="120"/>
      </w:pPr>
      <w:r>
        <w:rPr>
          <w:sz w:val="23"/>
        </w:rPr>
        <w:t>4. INCOME, BENEFITS &amp; ELIGIBILITY INFORMATION</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600"/>
        <w:gridCol w:w="792"/>
        <w:gridCol w:w="792"/>
        <w:gridCol w:w="1008"/>
        <w:gridCol w:w="4320"/>
      </w:tblGrid>
      <w:tr w:rsidR="006F345F" w14:paraId="4A77157D" w14:textId="77777777">
        <w:trPr>
          <w:cantSplit/>
          <w:tblHeader/>
          <w:jc w:val="center"/>
        </w:trPr>
        <w:tc>
          <w:tcPr>
            <w:tcW w:w="3600" w:type="dxa"/>
            <w:shd w:val="clear" w:color="auto" w:fill="17365D"/>
            <w:tcMar>
              <w:top w:w="90" w:type="dxa"/>
              <w:left w:w="110" w:type="dxa"/>
              <w:bottom w:w="90" w:type="dxa"/>
              <w:right w:w="110" w:type="dxa"/>
            </w:tcMar>
            <w:vAlign w:val="center"/>
          </w:tcPr>
          <w:p w14:paraId="0D92B9F8" w14:textId="77777777" w:rsidR="006F345F" w:rsidRDefault="00000000">
            <w:r>
              <w:rPr>
                <w:b/>
                <w:color w:val="FFFFFF"/>
                <w:sz w:val="16"/>
              </w:rPr>
              <w:t>Area</w:t>
            </w:r>
          </w:p>
        </w:tc>
        <w:tc>
          <w:tcPr>
            <w:tcW w:w="792" w:type="dxa"/>
            <w:shd w:val="clear" w:color="auto" w:fill="17365D"/>
            <w:tcMar>
              <w:top w:w="90" w:type="dxa"/>
              <w:left w:w="110" w:type="dxa"/>
              <w:bottom w:w="90" w:type="dxa"/>
              <w:right w:w="110" w:type="dxa"/>
            </w:tcMar>
            <w:vAlign w:val="center"/>
          </w:tcPr>
          <w:p w14:paraId="50F51484" w14:textId="77777777" w:rsidR="006F345F" w:rsidRDefault="00000000">
            <w:pPr>
              <w:jc w:val="center"/>
            </w:pPr>
            <w:r>
              <w:rPr>
                <w:b/>
                <w:color w:val="FFFFFF"/>
                <w:sz w:val="16"/>
              </w:rPr>
              <w:t>Yes</w:t>
            </w:r>
          </w:p>
        </w:tc>
        <w:tc>
          <w:tcPr>
            <w:tcW w:w="792" w:type="dxa"/>
            <w:shd w:val="clear" w:color="auto" w:fill="17365D"/>
            <w:tcMar>
              <w:top w:w="90" w:type="dxa"/>
              <w:left w:w="110" w:type="dxa"/>
              <w:bottom w:w="90" w:type="dxa"/>
              <w:right w:w="110" w:type="dxa"/>
            </w:tcMar>
            <w:vAlign w:val="center"/>
          </w:tcPr>
          <w:p w14:paraId="6520F959" w14:textId="77777777" w:rsidR="006F345F" w:rsidRDefault="00000000">
            <w:pPr>
              <w:jc w:val="center"/>
            </w:pPr>
            <w:r>
              <w:rPr>
                <w:b/>
                <w:color w:val="FFFFFF"/>
                <w:sz w:val="16"/>
              </w:rPr>
              <w:t>No</w:t>
            </w:r>
          </w:p>
        </w:tc>
        <w:tc>
          <w:tcPr>
            <w:tcW w:w="1008" w:type="dxa"/>
            <w:shd w:val="clear" w:color="auto" w:fill="17365D"/>
            <w:tcMar>
              <w:top w:w="90" w:type="dxa"/>
              <w:left w:w="110" w:type="dxa"/>
              <w:bottom w:w="90" w:type="dxa"/>
              <w:right w:w="110" w:type="dxa"/>
            </w:tcMar>
            <w:vAlign w:val="center"/>
          </w:tcPr>
          <w:p w14:paraId="3D0AACAA" w14:textId="77777777" w:rsidR="006F345F" w:rsidRDefault="00000000">
            <w:pPr>
              <w:jc w:val="center"/>
            </w:pPr>
            <w:r>
              <w:rPr>
                <w:b/>
                <w:color w:val="FFFFFF"/>
                <w:sz w:val="16"/>
              </w:rPr>
              <w:t>Unknown</w:t>
            </w:r>
          </w:p>
        </w:tc>
        <w:tc>
          <w:tcPr>
            <w:tcW w:w="4320" w:type="dxa"/>
            <w:shd w:val="clear" w:color="auto" w:fill="17365D"/>
            <w:tcMar>
              <w:top w:w="90" w:type="dxa"/>
              <w:left w:w="110" w:type="dxa"/>
              <w:bottom w:w="90" w:type="dxa"/>
              <w:right w:w="110" w:type="dxa"/>
            </w:tcMar>
            <w:vAlign w:val="center"/>
          </w:tcPr>
          <w:p w14:paraId="5D8ECDB9" w14:textId="77777777" w:rsidR="006F345F" w:rsidRDefault="00000000">
            <w:r>
              <w:rPr>
                <w:b/>
                <w:color w:val="FFFFFF"/>
                <w:sz w:val="16"/>
              </w:rPr>
              <w:t>Amount / frequency / details</w:t>
            </w:r>
          </w:p>
        </w:tc>
      </w:tr>
      <w:tr w:rsidR="006F345F" w14:paraId="11AF88E2" w14:textId="77777777">
        <w:trPr>
          <w:cantSplit/>
          <w:jc w:val="center"/>
        </w:trPr>
        <w:tc>
          <w:tcPr>
            <w:tcW w:w="3600" w:type="dxa"/>
            <w:shd w:val="clear" w:color="auto" w:fill="F3F6F8"/>
            <w:tcMar>
              <w:top w:w="90" w:type="dxa"/>
              <w:left w:w="110" w:type="dxa"/>
              <w:bottom w:w="90" w:type="dxa"/>
              <w:right w:w="110" w:type="dxa"/>
            </w:tcMar>
            <w:vAlign w:val="center"/>
          </w:tcPr>
          <w:p w14:paraId="558029BC" w14:textId="77777777" w:rsidR="006F345F" w:rsidRDefault="00000000">
            <w:r>
              <w:rPr>
                <w:b/>
                <w:color w:val="17365D"/>
                <w:sz w:val="17"/>
              </w:rPr>
              <w:t>Universal Credit</w:t>
            </w:r>
          </w:p>
        </w:tc>
        <w:tc>
          <w:tcPr>
            <w:tcW w:w="792" w:type="dxa"/>
            <w:tcMar>
              <w:top w:w="90" w:type="dxa"/>
              <w:left w:w="110" w:type="dxa"/>
              <w:bottom w:w="90" w:type="dxa"/>
              <w:right w:w="110" w:type="dxa"/>
            </w:tcMar>
            <w:vAlign w:val="center"/>
          </w:tcPr>
          <w:p w14:paraId="30CDFC85"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95D5162"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3C07F8FD"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18E7DA54" w14:textId="77777777" w:rsidR="006F345F" w:rsidRDefault="00000000">
            <w:r>
              <w:rPr>
                <w:color w:val="68737D"/>
                <w:sz w:val="16"/>
              </w:rPr>
              <w:t>Enter details</w:t>
            </w:r>
          </w:p>
        </w:tc>
      </w:tr>
      <w:tr w:rsidR="006F345F" w14:paraId="7F9B9EC3" w14:textId="77777777">
        <w:trPr>
          <w:cantSplit/>
          <w:jc w:val="center"/>
        </w:trPr>
        <w:tc>
          <w:tcPr>
            <w:tcW w:w="3600" w:type="dxa"/>
            <w:shd w:val="clear" w:color="auto" w:fill="F3F6F8"/>
            <w:tcMar>
              <w:top w:w="90" w:type="dxa"/>
              <w:left w:w="110" w:type="dxa"/>
              <w:bottom w:w="90" w:type="dxa"/>
              <w:right w:w="110" w:type="dxa"/>
            </w:tcMar>
            <w:vAlign w:val="center"/>
          </w:tcPr>
          <w:p w14:paraId="1622FAB4" w14:textId="77777777" w:rsidR="006F345F" w:rsidRDefault="00000000">
            <w:r>
              <w:rPr>
                <w:b/>
                <w:color w:val="17365D"/>
                <w:sz w:val="17"/>
              </w:rPr>
              <w:t>Housing Benefit</w:t>
            </w:r>
          </w:p>
        </w:tc>
        <w:tc>
          <w:tcPr>
            <w:tcW w:w="792" w:type="dxa"/>
            <w:tcMar>
              <w:top w:w="90" w:type="dxa"/>
              <w:left w:w="110" w:type="dxa"/>
              <w:bottom w:w="90" w:type="dxa"/>
              <w:right w:w="110" w:type="dxa"/>
            </w:tcMar>
            <w:vAlign w:val="center"/>
          </w:tcPr>
          <w:p w14:paraId="56F8927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1918FA71"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E4C6E8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5393B11" w14:textId="77777777" w:rsidR="006F345F" w:rsidRDefault="00000000">
            <w:r>
              <w:rPr>
                <w:color w:val="68737D"/>
                <w:sz w:val="16"/>
              </w:rPr>
              <w:t>Enter details</w:t>
            </w:r>
          </w:p>
        </w:tc>
      </w:tr>
      <w:tr w:rsidR="006F345F" w14:paraId="10C4600D" w14:textId="77777777">
        <w:trPr>
          <w:cantSplit/>
          <w:jc w:val="center"/>
        </w:trPr>
        <w:tc>
          <w:tcPr>
            <w:tcW w:w="3600" w:type="dxa"/>
            <w:shd w:val="clear" w:color="auto" w:fill="F3F6F8"/>
            <w:tcMar>
              <w:top w:w="90" w:type="dxa"/>
              <w:left w:w="110" w:type="dxa"/>
              <w:bottom w:w="90" w:type="dxa"/>
              <w:right w:w="110" w:type="dxa"/>
            </w:tcMar>
            <w:vAlign w:val="center"/>
          </w:tcPr>
          <w:p w14:paraId="1026A9C3" w14:textId="77777777" w:rsidR="006F345F" w:rsidRDefault="00000000">
            <w:r>
              <w:rPr>
                <w:b/>
                <w:color w:val="17365D"/>
                <w:sz w:val="17"/>
              </w:rPr>
              <w:t>Personal Independence Payment (PIP)</w:t>
            </w:r>
          </w:p>
        </w:tc>
        <w:tc>
          <w:tcPr>
            <w:tcW w:w="792" w:type="dxa"/>
            <w:tcMar>
              <w:top w:w="90" w:type="dxa"/>
              <w:left w:w="110" w:type="dxa"/>
              <w:bottom w:w="90" w:type="dxa"/>
              <w:right w:w="110" w:type="dxa"/>
            </w:tcMar>
            <w:vAlign w:val="center"/>
          </w:tcPr>
          <w:p w14:paraId="364B485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0122719F"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16D8F9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32A81DB" w14:textId="77777777" w:rsidR="006F345F" w:rsidRDefault="00000000">
            <w:r>
              <w:rPr>
                <w:color w:val="68737D"/>
                <w:sz w:val="16"/>
              </w:rPr>
              <w:t>Enter details</w:t>
            </w:r>
          </w:p>
        </w:tc>
      </w:tr>
      <w:tr w:rsidR="006F345F" w14:paraId="6CEB2536" w14:textId="77777777">
        <w:trPr>
          <w:cantSplit/>
          <w:jc w:val="center"/>
        </w:trPr>
        <w:tc>
          <w:tcPr>
            <w:tcW w:w="3600" w:type="dxa"/>
            <w:shd w:val="clear" w:color="auto" w:fill="F3F6F8"/>
            <w:tcMar>
              <w:top w:w="90" w:type="dxa"/>
              <w:left w:w="110" w:type="dxa"/>
              <w:bottom w:w="90" w:type="dxa"/>
              <w:right w:w="110" w:type="dxa"/>
            </w:tcMar>
            <w:vAlign w:val="center"/>
          </w:tcPr>
          <w:p w14:paraId="58A5985F" w14:textId="77777777" w:rsidR="006F345F" w:rsidRDefault="00000000">
            <w:r>
              <w:rPr>
                <w:b/>
                <w:color w:val="17365D"/>
                <w:sz w:val="17"/>
              </w:rPr>
              <w:t>Employment and Support Allowance (ESA)</w:t>
            </w:r>
          </w:p>
        </w:tc>
        <w:tc>
          <w:tcPr>
            <w:tcW w:w="792" w:type="dxa"/>
            <w:tcMar>
              <w:top w:w="90" w:type="dxa"/>
              <w:left w:w="110" w:type="dxa"/>
              <w:bottom w:w="90" w:type="dxa"/>
              <w:right w:w="110" w:type="dxa"/>
            </w:tcMar>
            <w:vAlign w:val="center"/>
          </w:tcPr>
          <w:p w14:paraId="63D34BD7"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C1158AA"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00833845"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45125F9F" w14:textId="77777777" w:rsidR="006F345F" w:rsidRDefault="00000000">
            <w:r>
              <w:rPr>
                <w:color w:val="68737D"/>
                <w:sz w:val="16"/>
              </w:rPr>
              <w:t>Enter details</w:t>
            </w:r>
          </w:p>
        </w:tc>
      </w:tr>
      <w:tr w:rsidR="006F345F" w14:paraId="15B983CF" w14:textId="77777777">
        <w:trPr>
          <w:cantSplit/>
          <w:jc w:val="center"/>
        </w:trPr>
        <w:tc>
          <w:tcPr>
            <w:tcW w:w="3600" w:type="dxa"/>
            <w:shd w:val="clear" w:color="auto" w:fill="F3F6F8"/>
            <w:tcMar>
              <w:top w:w="90" w:type="dxa"/>
              <w:left w:w="110" w:type="dxa"/>
              <w:bottom w:w="90" w:type="dxa"/>
              <w:right w:w="110" w:type="dxa"/>
            </w:tcMar>
            <w:vAlign w:val="center"/>
          </w:tcPr>
          <w:p w14:paraId="13FF74BE" w14:textId="77777777" w:rsidR="006F345F" w:rsidRDefault="00000000">
            <w:r>
              <w:rPr>
                <w:b/>
                <w:color w:val="17365D"/>
                <w:sz w:val="17"/>
              </w:rPr>
              <w:t>Jobseeker’s Allowance (JSA)</w:t>
            </w:r>
          </w:p>
        </w:tc>
        <w:tc>
          <w:tcPr>
            <w:tcW w:w="792" w:type="dxa"/>
            <w:tcMar>
              <w:top w:w="90" w:type="dxa"/>
              <w:left w:w="110" w:type="dxa"/>
              <w:bottom w:w="90" w:type="dxa"/>
              <w:right w:w="110" w:type="dxa"/>
            </w:tcMar>
            <w:vAlign w:val="center"/>
          </w:tcPr>
          <w:p w14:paraId="4A2E54B2"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E7408ED"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4876B40"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A2A5989" w14:textId="77777777" w:rsidR="006F345F" w:rsidRDefault="00000000">
            <w:r>
              <w:rPr>
                <w:color w:val="68737D"/>
                <w:sz w:val="16"/>
              </w:rPr>
              <w:t>Enter details</w:t>
            </w:r>
          </w:p>
        </w:tc>
      </w:tr>
      <w:tr w:rsidR="006F345F" w14:paraId="656E94A0" w14:textId="77777777">
        <w:trPr>
          <w:cantSplit/>
          <w:jc w:val="center"/>
        </w:trPr>
        <w:tc>
          <w:tcPr>
            <w:tcW w:w="3600" w:type="dxa"/>
            <w:shd w:val="clear" w:color="auto" w:fill="F3F6F8"/>
            <w:tcMar>
              <w:top w:w="90" w:type="dxa"/>
              <w:left w:w="110" w:type="dxa"/>
              <w:bottom w:w="90" w:type="dxa"/>
              <w:right w:w="110" w:type="dxa"/>
            </w:tcMar>
            <w:vAlign w:val="center"/>
          </w:tcPr>
          <w:p w14:paraId="09026808" w14:textId="77777777" w:rsidR="006F345F" w:rsidRDefault="00000000">
            <w:r>
              <w:rPr>
                <w:b/>
                <w:color w:val="17365D"/>
                <w:sz w:val="17"/>
              </w:rPr>
              <w:t>Other benefits</w:t>
            </w:r>
          </w:p>
        </w:tc>
        <w:tc>
          <w:tcPr>
            <w:tcW w:w="792" w:type="dxa"/>
            <w:tcMar>
              <w:top w:w="90" w:type="dxa"/>
              <w:left w:w="110" w:type="dxa"/>
              <w:bottom w:w="90" w:type="dxa"/>
              <w:right w:w="110" w:type="dxa"/>
            </w:tcMar>
            <w:vAlign w:val="center"/>
          </w:tcPr>
          <w:p w14:paraId="3C5DA77D"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FEF432B"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48F0C3E1"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579760EF" w14:textId="77777777" w:rsidR="006F345F" w:rsidRDefault="00000000">
            <w:r>
              <w:rPr>
                <w:color w:val="68737D"/>
                <w:sz w:val="16"/>
              </w:rPr>
              <w:t>Enter details</w:t>
            </w:r>
          </w:p>
        </w:tc>
      </w:tr>
      <w:tr w:rsidR="006F345F" w14:paraId="58628777" w14:textId="77777777">
        <w:trPr>
          <w:cantSplit/>
          <w:jc w:val="center"/>
        </w:trPr>
        <w:tc>
          <w:tcPr>
            <w:tcW w:w="3600" w:type="dxa"/>
            <w:shd w:val="clear" w:color="auto" w:fill="F3F6F8"/>
            <w:tcMar>
              <w:top w:w="90" w:type="dxa"/>
              <w:left w:w="110" w:type="dxa"/>
              <w:bottom w:w="90" w:type="dxa"/>
              <w:right w:w="110" w:type="dxa"/>
            </w:tcMar>
            <w:vAlign w:val="center"/>
          </w:tcPr>
          <w:p w14:paraId="5E48BC3A" w14:textId="77777777" w:rsidR="006F345F" w:rsidRDefault="00000000">
            <w:r>
              <w:rPr>
                <w:b/>
                <w:color w:val="17365D"/>
                <w:sz w:val="17"/>
              </w:rPr>
              <w:t>Employment / other income</w:t>
            </w:r>
          </w:p>
        </w:tc>
        <w:tc>
          <w:tcPr>
            <w:tcW w:w="792" w:type="dxa"/>
            <w:tcMar>
              <w:top w:w="90" w:type="dxa"/>
              <w:left w:w="110" w:type="dxa"/>
              <w:bottom w:w="90" w:type="dxa"/>
              <w:right w:w="110" w:type="dxa"/>
            </w:tcMar>
            <w:vAlign w:val="center"/>
          </w:tcPr>
          <w:p w14:paraId="2769F1C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266E6BE4"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52DCD8F"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933EEF1" w14:textId="77777777" w:rsidR="006F345F" w:rsidRDefault="00000000">
            <w:r>
              <w:rPr>
                <w:color w:val="68737D"/>
                <w:sz w:val="16"/>
              </w:rPr>
              <w:t>Enter details</w:t>
            </w:r>
          </w:p>
        </w:tc>
      </w:tr>
    </w:tbl>
    <w:p w14:paraId="56F3BA12"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2723EDF4" w14:textId="77777777">
        <w:trPr>
          <w:cantSplit/>
          <w:jc w:val="center"/>
        </w:trPr>
        <w:tc>
          <w:tcPr>
            <w:tcW w:w="3240" w:type="dxa"/>
            <w:shd w:val="clear" w:color="auto" w:fill="F3F6F8"/>
            <w:tcMar>
              <w:top w:w="90" w:type="dxa"/>
              <w:left w:w="110" w:type="dxa"/>
              <w:bottom w:w="90" w:type="dxa"/>
              <w:right w:w="110" w:type="dxa"/>
            </w:tcMar>
            <w:vAlign w:val="center"/>
          </w:tcPr>
          <w:p w14:paraId="5F361636" w14:textId="77777777" w:rsidR="006F345F" w:rsidRDefault="00000000">
            <w:r>
              <w:rPr>
                <w:b/>
                <w:color w:val="17365D"/>
                <w:sz w:val="18"/>
              </w:rPr>
              <w:t>Benefit / claim notes</w:t>
            </w:r>
          </w:p>
        </w:tc>
        <w:tc>
          <w:tcPr>
            <w:tcW w:w="7200" w:type="dxa"/>
            <w:tcMar>
              <w:top w:w="90" w:type="dxa"/>
              <w:left w:w="110" w:type="dxa"/>
              <w:bottom w:w="90" w:type="dxa"/>
              <w:right w:w="110" w:type="dxa"/>
            </w:tcMar>
            <w:vAlign w:val="center"/>
          </w:tcPr>
          <w:p w14:paraId="38FEEF02" w14:textId="77777777" w:rsidR="006F345F" w:rsidRDefault="00000000">
            <w:r>
              <w:rPr>
                <w:color w:val="5F6B75"/>
                <w:sz w:val="18"/>
              </w:rPr>
              <w:t>Include any pending claims, sanctions, deductions, appointee arrangements or support needed to manage benefits.</w:t>
            </w:r>
          </w:p>
        </w:tc>
      </w:tr>
    </w:tbl>
    <w:p w14:paraId="286C7565" w14:textId="77777777" w:rsidR="006F345F" w:rsidRDefault="006F345F">
      <w:pPr>
        <w:spacing w:after="40"/>
      </w:pPr>
    </w:p>
    <w:p w14:paraId="63E06FAB" w14:textId="77777777" w:rsidR="006F345F" w:rsidRDefault="00000000">
      <w:pPr>
        <w:pStyle w:val="SectionHeader"/>
        <w:shd w:val="clear" w:color="auto" w:fill="17365D"/>
        <w:spacing w:before="120" w:after="100"/>
        <w:ind w:left="120" w:right="120"/>
      </w:pPr>
      <w:r>
        <w:rPr>
          <w:sz w:val="23"/>
        </w:rPr>
        <w:t>5. SUPPORT NEEDS</w:t>
      </w:r>
    </w:p>
    <w:tbl>
      <w:tblPr>
        <w:tblW w:w="0" w:type="auto"/>
        <w:jc w:val="center"/>
        <w:tblBorders>
          <w:top w:val="single" w:sz="8" w:space="0" w:color="1B7F8C"/>
          <w:left w:val="single" w:sz="8" w:space="0" w:color="1B7F8C"/>
          <w:bottom w:val="single" w:sz="8" w:space="0" w:color="1B7F8C"/>
          <w:right w:val="single" w:sz="8" w:space="0" w:color="1B7F8C"/>
          <w:insideH w:val="single" w:sz="8" w:space="0" w:color="1B7F8C"/>
          <w:insideV w:val="single" w:sz="8" w:space="0" w:color="1B7F8C"/>
        </w:tblBorders>
        <w:tblLayout w:type="fixed"/>
        <w:tblLook w:val="04A0" w:firstRow="1" w:lastRow="0" w:firstColumn="1" w:lastColumn="0" w:noHBand="0" w:noVBand="1"/>
      </w:tblPr>
      <w:tblGrid>
        <w:gridCol w:w="10512"/>
      </w:tblGrid>
      <w:tr w:rsidR="006F345F" w14:paraId="1D59FEE3" w14:textId="77777777">
        <w:trPr>
          <w:cantSplit/>
          <w:jc w:val="center"/>
        </w:trPr>
        <w:tc>
          <w:tcPr>
            <w:tcW w:w="10512" w:type="dxa"/>
            <w:shd w:val="clear" w:color="auto" w:fill="EAF4F5"/>
            <w:tcMar>
              <w:top w:w="90" w:type="dxa"/>
              <w:left w:w="110" w:type="dxa"/>
              <w:bottom w:w="90" w:type="dxa"/>
              <w:right w:w="110" w:type="dxa"/>
            </w:tcMar>
            <w:vAlign w:val="center"/>
          </w:tcPr>
          <w:p w14:paraId="3428D401" w14:textId="77777777" w:rsidR="006F345F" w:rsidRDefault="00000000">
            <w:r>
              <w:rPr>
                <w:sz w:val="17"/>
              </w:rPr>
              <w:t>Please identify both current needs and areas where support would help the applicant sustain accommodation and increase independence.</w:t>
            </w:r>
          </w:p>
        </w:tc>
      </w:tr>
    </w:tbl>
    <w:p w14:paraId="2093F9BF" w14:textId="77777777" w:rsidR="006F345F" w:rsidRDefault="006F345F">
      <w:pPr>
        <w:spacing w:after="2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600"/>
        <w:gridCol w:w="792"/>
        <w:gridCol w:w="792"/>
        <w:gridCol w:w="1008"/>
        <w:gridCol w:w="4320"/>
      </w:tblGrid>
      <w:tr w:rsidR="006F345F" w14:paraId="26487C01" w14:textId="77777777">
        <w:trPr>
          <w:cantSplit/>
          <w:tblHeader/>
          <w:jc w:val="center"/>
        </w:trPr>
        <w:tc>
          <w:tcPr>
            <w:tcW w:w="3600" w:type="dxa"/>
            <w:shd w:val="clear" w:color="auto" w:fill="17365D"/>
            <w:tcMar>
              <w:top w:w="90" w:type="dxa"/>
              <w:left w:w="110" w:type="dxa"/>
              <w:bottom w:w="90" w:type="dxa"/>
              <w:right w:w="110" w:type="dxa"/>
            </w:tcMar>
            <w:vAlign w:val="center"/>
          </w:tcPr>
          <w:p w14:paraId="67E0DF76" w14:textId="77777777" w:rsidR="006F345F" w:rsidRDefault="00000000">
            <w:r>
              <w:rPr>
                <w:b/>
                <w:color w:val="FFFFFF"/>
                <w:sz w:val="16"/>
              </w:rPr>
              <w:t>Area</w:t>
            </w:r>
          </w:p>
        </w:tc>
        <w:tc>
          <w:tcPr>
            <w:tcW w:w="792" w:type="dxa"/>
            <w:shd w:val="clear" w:color="auto" w:fill="17365D"/>
            <w:tcMar>
              <w:top w:w="90" w:type="dxa"/>
              <w:left w:w="110" w:type="dxa"/>
              <w:bottom w:w="90" w:type="dxa"/>
              <w:right w:w="110" w:type="dxa"/>
            </w:tcMar>
            <w:vAlign w:val="center"/>
          </w:tcPr>
          <w:p w14:paraId="38E9B238" w14:textId="77777777" w:rsidR="006F345F" w:rsidRDefault="00000000">
            <w:pPr>
              <w:jc w:val="center"/>
            </w:pPr>
            <w:r>
              <w:rPr>
                <w:b/>
                <w:color w:val="FFFFFF"/>
                <w:sz w:val="16"/>
              </w:rPr>
              <w:t>Yes</w:t>
            </w:r>
          </w:p>
        </w:tc>
        <w:tc>
          <w:tcPr>
            <w:tcW w:w="792" w:type="dxa"/>
            <w:shd w:val="clear" w:color="auto" w:fill="17365D"/>
            <w:tcMar>
              <w:top w:w="90" w:type="dxa"/>
              <w:left w:w="110" w:type="dxa"/>
              <w:bottom w:w="90" w:type="dxa"/>
              <w:right w:w="110" w:type="dxa"/>
            </w:tcMar>
            <w:vAlign w:val="center"/>
          </w:tcPr>
          <w:p w14:paraId="7866EDF3" w14:textId="77777777" w:rsidR="006F345F" w:rsidRDefault="00000000">
            <w:pPr>
              <w:jc w:val="center"/>
            </w:pPr>
            <w:r>
              <w:rPr>
                <w:b/>
                <w:color w:val="FFFFFF"/>
                <w:sz w:val="16"/>
              </w:rPr>
              <w:t>No</w:t>
            </w:r>
          </w:p>
        </w:tc>
        <w:tc>
          <w:tcPr>
            <w:tcW w:w="1008" w:type="dxa"/>
            <w:shd w:val="clear" w:color="auto" w:fill="17365D"/>
            <w:tcMar>
              <w:top w:w="90" w:type="dxa"/>
              <w:left w:w="110" w:type="dxa"/>
              <w:bottom w:w="90" w:type="dxa"/>
              <w:right w:w="110" w:type="dxa"/>
            </w:tcMar>
            <w:vAlign w:val="center"/>
          </w:tcPr>
          <w:p w14:paraId="1FC37ACA" w14:textId="77777777" w:rsidR="006F345F" w:rsidRDefault="00000000">
            <w:pPr>
              <w:jc w:val="center"/>
            </w:pPr>
            <w:r>
              <w:rPr>
                <w:b/>
                <w:color w:val="FFFFFF"/>
                <w:sz w:val="16"/>
              </w:rPr>
              <w:t>Unknown</w:t>
            </w:r>
          </w:p>
        </w:tc>
        <w:tc>
          <w:tcPr>
            <w:tcW w:w="4320" w:type="dxa"/>
            <w:shd w:val="clear" w:color="auto" w:fill="17365D"/>
            <w:tcMar>
              <w:top w:w="90" w:type="dxa"/>
              <w:left w:w="110" w:type="dxa"/>
              <w:bottom w:w="90" w:type="dxa"/>
              <w:right w:w="110" w:type="dxa"/>
            </w:tcMar>
            <w:vAlign w:val="center"/>
          </w:tcPr>
          <w:p w14:paraId="294A666F" w14:textId="77777777" w:rsidR="006F345F" w:rsidRDefault="00000000">
            <w:r>
              <w:rPr>
                <w:b/>
                <w:color w:val="FFFFFF"/>
                <w:sz w:val="16"/>
              </w:rPr>
              <w:t>Details / current support / actions required</w:t>
            </w:r>
          </w:p>
        </w:tc>
      </w:tr>
      <w:tr w:rsidR="006F345F" w14:paraId="28F13332" w14:textId="77777777">
        <w:trPr>
          <w:cantSplit/>
          <w:jc w:val="center"/>
        </w:trPr>
        <w:tc>
          <w:tcPr>
            <w:tcW w:w="3600" w:type="dxa"/>
            <w:shd w:val="clear" w:color="auto" w:fill="F3F6F8"/>
            <w:tcMar>
              <w:top w:w="90" w:type="dxa"/>
              <w:left w:w="110" w:type="dxa"/>
              <w:bottom w:w="90" w:type="dxa"/>
              <w:right w:w="110" w:type="dxa"/>
            </w:tcMar>
            <w:vAlign w:val="center"/>
          </w:tcPr>
          <w:p w14:paraId="45C9F75F" w14:textId="77777777" w:rsidR="006F345F" w:rsidRDefault="00000000">
            <w:r>
              <w:rPr>
                <w:b/>
                <w:color w:val="17365D"/>
                <w:sz w:val="17"/>
              </w:rPr>
              <w:t>Mental health / emotional wellbeing</w:t>
            </w:r>
          </w:p>
        </w:tc>
        <w:tc>
          <w:tcPr>
            <w:tcW w:w="792" w:type="dxa"/>
            <w:tcMar>
              <w:top w:w="90" w:type="dxa"/>
              <w:left w:w="110" w:type="dxa"/>
              <w:bottom w:w="90" w:type="dxa"/>
              <w:right w:w="110" w:type="dxa"/>
            </w:tcMar>
            <w:vAlign w:val="center"/>
          </w:tcPr>
          <w:p w14:paraId="7023DC8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2ACF8819"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6A50052"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330A3071" w14:textId="77777777" w:rsidR="006F345F" w:rsidRDefault="00000000">
            <w:r>
              <w:rPr>
                <w:color w:val="68737D"/>
                <w:sz w:val="16"/>
              </w:rPr>
              <w:t>Enter details</w:t>
            </w:r>
          </w:p>
        </w:tc>
      </w:tr>
      <w:tr w:rsidR="006F345F" w14:paraId="5DE5CAC5" w14:textId="77777777">
        <w:trPr>
          <w:cantSplit/>
          <w:jc w:val="center"/>
        </w:trPr>
        <w:tc>
          <w:tcPr>
            <w:tcW w:w="3600" w:type="dxa"/>
            <w:shd w:val="clear" w:color="auto" w:fill="F3F6F8"/>
            <w:tcMar>
              <w:top w:w="90" w:type="dxa"/>
              <w:left w:w="110" w:type="dxa"/>
              <w:bottom w:w="90" w:type="dxa"/>
              <w:right w:w="110" w:type="dxa"/>
            </w:tcMar>
            <w:vAlign w:val="center"/>
          </w:tcPr>
          <w:p w14:paraId="4845DE54" w14:textId="77777777" w:rsidR="006F345F" w:rsidRDefault="00000000">
            <w:r>
              <w:rPr>
                <w:b/>
                <w:color w:val="17365D"/>
                <w:sz w:val="17"/>
              </w:rPr>
              <w:t>Physical health / long-term conditions</w:t>
            </w:r>
          </w:p>
        </w:tc>
        <w:tc>
          <w:tcPr>
            <w:tcW w:w="792" w:type="dxa"/>
            <w:tcMar>
              <w:top w:w="90" w:type="dxa"/>
              <w:left w:w="110" w:type="dxa"/>
              <w:bottom w:w="90" w:type="dxa"/>
              <w:right w:w="110" w:type="dxa"/>
            </w:tcMar>
            <w:vAlign w:val="center"/>
          </w:tcPr>
          <w:p w14:paraId="3B6F1C3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099A8A5"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11E78CCC"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B113331" w14:textId="77777777" w:rsidR="006F345F" w:rsidRDefault="00000000">
            <w:r>
              <w:rPr>
                <w:color w:val="68737D"/>
                <w:sz w:val="16"/>
              </w:rPr>
              <w:t>Enter details</w:t>
            </w:r>
          </w:p>
        </w:tc>
      </w:tr>
      <w:tr w:rsidR="006F345F" w14:paraId="3C7F388C" w14:textId="77777777">
        <w:trPr>
          <w:cantSplit/>
          <w:jc w:val="center"/>
        </w:trPr>
        <w:tc>
          <w:tcPr>
            <w:tcW w:w="3600" w:type="dxa"/>
            <w:shd w:val="clear" w:color="auto" w:fill="F3F6F8"/>
            <w:tcMar>
              <w:top w:w="90" w:type="dxa"/>
              <w:left w:w="110" w:type="dxa"/>
              <w:bottom w:w="90" w:type="dxa"/>
              <w:right w:w="110" w:type="dxa"/>
            </w:tcMar>
            <w:vAlign w:val="center"/>
          </w:tcPr>
          <w:p w14:paraId="53A0DE07" w14:textId="77777777" w:rsidR="006F345F" w:rsidRDefault="00000000">
            <w:r>
              <w:rPr>
                <w:b/>
                <w:color w:val="17365D"/>
                <w:sz w:val="17"/>
              </w:rPr>
              <w:t>Medication management</w:t>
            </w:r>
          </w:p>
        </w:tc>
        <w:tc>
          <w:tcPr>
            <w:tcW w:w="792" w:type="dxa"/>
            <w:tcMar>
              <w:top w:w="90" w:type="dxa"/>
              <w:left w:w="110" w:type="dxa"/>
              <w:bottom w:w="90" w:type="dxa"/>
              <w:right w:w="110" w:type="dxa"/>
            </w:tcMar>
            <w:vAlign w:val="center"/>
          </w:tcPr>
          <w:p w14:paraId="5D72930D"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0F8031C4"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4401F017"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19646B90" w14:textId="77777777" w:rsidR="006F345F" w:rsidRDefault="00000000">
            <w:r>
              <w:rPr>
                <w:color w:val="68737D"/>
                <w:sz w:val="16"/>
              </w:rPr>
              <w:t>Enter details</w:t>
            </w:r>
          </w:p>
        </w:tc>
      </w:tr>
      <w:tr w:rsidR="006F345F" w14:paraId="7B82770E" w14:textId="77777777">
        <w:trPr>
          <w:cantSplit/>
          <w:jc w:val="center"/>
        </w:trPr>
        <w:tc>
          <w:tcPr>
            <w:tcW w:w="3600" w:type="dxa"/>
            <w:shd w:val="clear" w:color="auto" w:fill="F3F6F8"/>
            <w:tcMar>
              <w:top w:w="90" w:type="dxa"/>
              <w:left w:w="110" w:type="dxa"/>
              <w:bottom w:w="90" w:type="dxa"/>
              <w:right w:w="110" w:type="dxa"/>
            </w:tcMar>
            <w:vAlign w:val="center"/>
          </w:tcPr>
          <w:p w14:paraId="77A92667" w14:textId="77777777" w:rsidR="006F345F" w:rsidRDefault="00000000">
            <w:r>
              <w:rPr>
                <w:b/>
                <w:color w:val="17365D"/>
                <w:sz w:val="17"/>
              </w:rPr>
              <w:t>Learning disability / autism / neurodiversity</w:t>
            </w:r>
          </w:p>
        </w:tc>
        <w:tc>
          <w:tcPr>
            <w:tcW w:w="792" w:type="dxa"/>
            <w:tcMar>
              <w:top w:w="90" w:type="dxa"/>
              <w:left w:w="110" w:type="dxa"/>
              <w:bottom w:w="90" w:type="dxa"/>
              <w:right w:w="110" w:type="dxa"/>
            </w:tcMar>
            <w:vAlign w:val="center"/>
          </w:tcPr>
          <w:p w14:paraId="2F332B90"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591B0DC0"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DEB61CD"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4A13FA9F" w14:textId="77777777" w:rsidR="006F345F" w:rsidRDefault="00000000">
            <w:r>
              <w:rPr>
                <w:color w:val="68737D"/>
                <w:sz w:val="16"/>
              </w:rPr>
              <w:t>Enter details</w:t>
            </w:r>
          </w:p>
        </w:tc>
      </w:tr>
      <w:tr w:rsidR="006F345F" w14:paraId="77030CAC" w14:textId="77777777">
        <w:trPr>
          <w:cantSplit/>
          <w:jc w:val="center"/>
        </w:trPr>
        <w:tc>
          <w:tcPr>
            <w:tcW w:w="3600" w:type="dxa"/>
            <w:shd w:val="clear" w:color="auto" w:fill="F3F6F8"/>
            <w:tcMar>
              <w:top w:w="90" w:type="dxa"/>
              <w:left w:w="110" w:type="dxa"/>
              <w:bottom w:w="90" w:type="dxa"/>
              <w:right w:w="110" w:type="dxa"/>
            </w:tcMar>
            <w:vAlign w:val="center"/>
          </w:tcPr>
          <w:p w14:paraId="571E575C" w14:textId="77777777" w:rsidR="006F345F" w:rsidRDefault="00000000">
            <w:r>
              <w:rPr>
                <w:b/>
                <w:color w:val="17365D"/>
                <w:sz w:val="17"/>
              </w:rPr>
              <w:t>Substance or alcohol use</w:t>
            </w:r>
          </w:p>
        </w:tc>
        <w:tc>
          <w:tcPr>
            <w:tcW w:w="792" w:type="dxa"/>
            <w:tcMar>
              <w:top w:w="90" w:type="dxa"/>
              <w:left w:w="110" w:type="dxa"/>
              <w:bottom w:w="90" w:type="dxa"/>
              <w:right w:w="110" w:type="dxa"/>
            </w:tcMar>
            <w:vAlign w:val="center"/>
          </w:tcPr>
          <w:p w14:paraId="420A4741"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1F5C527F"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33D5895C"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2203633E" w14:textId="77777777" w:rsidR="006F345F" w:rsidRDefault="00000000">
            <w:r>
              <w:rPr>
                <w:color w:val="68737D"/>
                <w:sz w:val="16"/>
              </w:rPr>
              <w:t>Enter details</w:t>
            </w:r>
          </w:p>
        </w:tc>
      </w:tr>
      <w:tr w:rsidR="006F345F" w14:paraId="760EB4A9" w14:textId="77777777">
        <w:trPr>
          <w:cantSplit/>
          <w:jc w:val="center"/>
        </w:trPr>
        <w:tc>
          <w:tcPr>
            <w:tcW w:w="3600" w:type="dxa"/>
            <w:shd w:val="clear" w:color="auto" w:fill="F3F6F8"/>
            <w:tcMar>
              <w:top w:w="90" w:type="dxa"/>
              <w:left w:w="110" w:type="dxa"/>
              <w:bottom w:w="90" w:type="dxa"/>
              <w:right w:w="110" w:type="dxa"/>
            </w:tcMar>
            <w:vAlign w:val="center"/>
          </w:tcPr>
          <w:p w14:paraId="4B0A29CE" w14:textId="77777777" w:rsidR="006F345F" w:rsidRDefault="00000000">
            <w:r>
              <w:rPr>
                <w:b/>
                <w:color w:val="17365D"/>
                <w:sz w:val="17"/>
              </w:rPr>
              <w:lastRenderedPageBreak/>
              <w:t>Daily living skills / self-care</w:t>
            </w:r>
          </w:p>
        </w:tc>
        <w:tc>
          <w:tcPr>
            <w:tcW w:w="792" w:type="dxa"/>
            <w:tcMar>
              <w:top w:w="90" w:type="dxa"/>
              <w:left w:w="110" w:type="dxa"/>
              <w:bottom w:w="90" w:type="dxa"/>
              <w:right w:w="110" w:type="dxa"/>
            </w:tcMar>
            <w:vAlign w:val="center"/>
          </w:tcPr>
          <w:p w14:paraId="5FF29F79"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9DCC46A"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5680015"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21D7FCEC" w14:textId="77777777" w:rsidR="006F345F" w:rsidRDefault="00000000">
            <w:r>
              <w:rPr>
                <w:color w:val="68737D"/>
                <w:sz w:val="16"/>
              </w:rPr>
              <w:t>Enter details</w:t>
            </w:r>
          </w:p>
        </w:tc>
      </w:tr>
      <w:tr w:rsidR="006F345F" w14:paraId="2796DE04" w14:textId="77777777">
        <w:trPr>
          <w:cantSplit/>
          <w:jc w:val="center"/>
        </w:trPr>
        <w:tc>
          <w:tcPr>
            <w:tcW w:w="3600" w:type="dxa"/>
            <w:shd w:val="clear" w:color="auto" w:fill="F3F6F8"/>
            <w:tcMar>
              <w:top w:w="90" w:type="dxa"/>
              <w:left w:w="110" w:type="dxa"/>
              <w:bottom w:w="90" w:type="dxa"/>
              <w:right w:w="110" w:type="dxa"/>
            </w:tcMar>
            <w:vAlign w:val="center"/>
          </w:tcPr>
          <w:p w14:paraId="2D35A9D0" w14:textId="77777777" w:rsidR="006F345F" w:rsidRDefault="00000000">
            <w:r>
              <w:rPr>
                <w:b/>
                <w:color w:val="17365D"/>
                <w:sz w:val="17"/>
              </w:rPr>
              <w:t>Budgeting / benefits / debt</w:t>
            </w:r>
          </w:p>
        </w:tc>
        <w:tc>
          <w:tcPr>
            <w:tcW w:w="792" w:type="dxa"/>
            <w:tcMar>
              <w:top w:w="90" w:type="dxa"/>
              <w:left w:w="110" w:type="dxa"/>
              <w:bottom w:w="90" w:type="dxa"/>
              <w:right w:w="110" w:type="dxa"/>
            </w:tcMar>
            <w:vAlign w:val="center"/>
          </w:tcPr>
          <w:p w14:paraId="7EC0521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31B6CFE"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3E311E52"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D6505A7" w14:textId="77777777" w:rsidR="006F345F" w:rsidRDefault="00000000">
            <w:r>
              <w:rPr>
                <w:color w:val="68737D"/>
                <w:sz w:val="16"/>
              </w:rPr>
              <w:t>Enter details</w:t>
            </w:r>
          </w:p>
        </w:tc>
      </w:tr>
      <w:tr w:rsidR="006F345F" w14:paraId="28DA1C99" w14:textId="77777777">
        <w:trPr>
          <w:cantSplit/>
          <w:jc w:val="center"/>
        </w:trPr>
        <w:tc>
          <w:tcPr>
            <w:tcW w:w="3600" w:type="dxa"/>
            <w:shd w:val="clear" w:color="auto" w:fill="F3F6F8"/>
            <w:tcMar>
              <w:top w:w="90" w:type="dxa"/>
              <w:left w:w="110" w:type="dxa"/>
              <w:bottom w:w="90" w:type="dxa"/>
              <w:right w:w="110" w:type="dxa"/>
            </w:tcMar>
            <w:vAlign w:val="center"/>
          </w:tcPr>
          <w:p w14:paraId="61D00D27" w14:textId="77777777" w:rsidR="006F345F" w:rsidRDefault="00000000">
            <w:r>
              <w:rPr>
                <w:b/>
                <w:color w:val="17365D"/>
                <w:sz w:val="17"/>
              </w:rPr>
              <w:t>Appointments / healthcare engagement</w:t>
            </w:r>
          </w:p>
        </w:tc>
        <w:tc>
          <w:tcPr>
            <w:tcW w:w="792" w:type="dxa"/>
            <w:tcMar>
              <w:top w:w="90" w:type="dxa"/>
              <w:left w:w="110" w:type="dxa"/>
              <w:bottom w:w="90" w:type="dxa"/>
              <w:right w:w="110" w:type="dxa"/>
            </w:tcMar>
            <w:vAlign w:val="center"/>
          </w:tcPr>
          <w:p w14:paraId="059578D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524AC579"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1986913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5A7DD826" w14:textId="77777777" w:rsidR="006F345F" w:rsidRDefault="00000000">
            <w:r>
              <w:rPr>
                <w:color w:val="68737D"/>
                <w:sz w:val="16"/>
              </w:rPr>
              <w:t>Enter details</w:t>
            </w:r>
          </w:p>
        </w:tc>
      </w:tr>
      <w:tr w:rsidR="006F345F" w14:paraId="46CA66CB" w14:textId="77777777">
        <w:trPr>
          <w:cantSplit/>
          <w:jc w:val="center"/>
        </w:trPr>
        <w:tc>
          <w:tcPr>
            <w:tcW w:w="3600" w:type="dxa"/>
            <w:shd w:val="clear" w:color="auto" w:fill="F3F6F8"/>
            <w:tcMar>
              <w:top w:w="90" w:type="dxa"/>
              <w:left w:w="110" w:type="dxa"/>
              <w:bottom w:w="90" w:type="dxa"/>
              <w:right w:w="110" w:type="dxa"/>
            </w:tcMar>
            <w:vAlign w:val="center"/>
          </w:tcPr>
          <w:p w14:paraId="5287D78C" w14:textId="77777777" w:rsidR="006F345F" w:rsidRDefault="00000000">
            <w:r>
              <w:rPr>
                <w:b/>
                <w:color w:val="17365D"/>
                <w:sz w:val="17"/>
              </w:rPr>
              <w:t>Education / training / employment</w:t>
            </w:r>
          </w:p>
        </w:tc>
        <w:tc>
          <w:tcPr>
            <w:tcW w:w="792" w:type="dxa"/>
            <w:tcMar>
              <w:top w:w="90" w:type="dxa"/>
              <w:left w:w="110" w:type="dxa"/>
              <w:bottom w:w="90" w:type="dxa"/>
              <w:right w:w="110" w:type="dxa"/>
            </w:tcMar>
            <w:vAlign w:val="center"/>
          </w:tcPr>
          <w:p w14:paraId="4064F804"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C8B8957"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1020D149"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5609889A" w14:textId="77777777" w:rsidR="006F345F" w:rsidRDefault="00000000">
            <w:r>
              <w:rPr>
                <w:color w:val="68737D"/>
                <w:sz w:val="16"/>
              </w:rPr>
              <w:t>Enter details</w:t>
            </w:r>
          </w:p>
        </w:tc>
      </w:tr>
      <w:tr w:rsidR="006F345F" w14:paraId="5F8E943B" w14:textId="77777777">
        <w:trPr>
          <w:cantSplit/>
          <w:jc w:val="center"/>
        </w:trPr>
        <w:tc>
          <w:tcPr>
            <w:tcW w:w="3600" w:type="dxa"/>
            <w:shd w:val="clear" w:color="auto" w:fill="F3F6F8"/>
            <w:tcMar>
              <w:top w:w="90" w:type="dxa"/>
              <w:left w:w="110" w:type="dxa"/>
              <w:bottom w:w="90" w:type="dxa"/>
              <w:right w:w="110" w:type="dxa"/>
            </w:tcMar>
            <w:vAlign w:val="center"/>
          </w:tcPr>
          <w:p w14:paraId="5DD65455" w14:textId="77777777" w:rsidR="006F345F" w:rsidRDefault="00000000">
            <w:r>
              <w:rPr>
                <w:b/>
                <w:color w:val="17365D"/>
                <w:sz w:val="17"/>
              </w:rPr>
              <w:t>Social isolation / community engagement</w:t>
            </w:r>
          </w:p>
        </w:tc>
        <w:tc>
          <w:tcPr>
            <w:tcW w:w="792" w:type="dxa"/>
            <w:tcMar>
              <w:top w:w="90" w:type="dxa"/>
              <w:left w:w="110" w:type="dxa"/>
              <w:bottom w:w="90" w:type="dxa"/>
              <w:right w:w="110" w:type="dxa"/>
            </w:tcMar>
            <w:vAlign w:val="center"/>
          </w:tcPr>
          <w:p w14:paraId="026E31E0"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587C0E8D"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A472F90"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7F866DB" w14:textId="77777777" w:rsidR="006F345F" w:rsidRDefault="00000000">
            <w:r>
              <w:rPr>
                <w:color w:val="68737D"/>
                <w:sz w:val="16"/>
              </w:rPr>
              <w:t>Enter details</w:t>
            </w:r>
          </w:p>
        </w:tc>
      </w:tr>
      <w:tr w:rsidR="006F345F" w14:paraId="1C7C06CD" w14:textId="77777777">
        <w:trPr>
          <w:cantSplit/>
          <w:jc w:val="center"/>
        </w:trPr>
        <w:tc>
          <w:tcPr>
            <w:tcW w:w="3600" w:type="dxa"/>
            <w:shd w:val="clear" w:color="auto" w:fill="F3F6F8"/>
            <w:tcMar>
              <w:top w:w="90" w:type="dxa"/>
              <w:left w:w="110" w:type="dxa"/>
              <w:bottom w:w="90" w:type="dxa"/>
              <w:right w:w="110" w:type="dxa"/>
            </w:tcMar>
            <w:vAlign w:val="center"/>
          </w:tcPr>
          <w:p w14:paraId="7BD98FDE" w14:textId="77777777" w:rsidR="006F345F" w:rsidRDefault="00000000">
            <w:r>
              <w:rPr>
                <w:b/>
                <w:color w:val="17365D"/>
                <w:sz w:val="17"/>
              </w:rPr>
              <w:t>Relationships / family support</w:t>
            </w:r>
          </w:p>
        </w:tc>
        <w:tc>
          <w:tcPr>
            <w:tcW w:w="792" w:type="dxa"/>
            <w:tcMar>
              <w:top w:w="90" w:type="dxa"/>
              <w:left w:w="110" w:type="dxa"/>
              <w:bottom w:w="90" w:type="dxa"/>
              <w:right w:w="110" w:type="dxa"/>
            </w:tcMar>
            <w:vAlign w:val="center"/>
          </w:tcPr>
          <w:p w14:paraId="64714230"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8052618"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8934DD2"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361D48BB" w14:textId="77777777" w:rsidR="006F345F" w:rsidRDefault="00000000">
            <w:r>
              <w:rPr>
                <w:color w:val="68737D"/>
                <w:sz w:val="16"/>
              </w:rPr>
              <w:t>Enter details</w:t>
            </w:r>
          </w:p>
        </w:tc>
      </w:tr>
      <w:tr w:rsidR="006F345F" w14:paraId="4C10E893" w14:textId="77777777">
        <w:trPr>
          <w:cantSplit/>
          <w:jc w:val="center"/>
        </w:trPr>
        <w:tc>
          <w:tcPr>
            <w:tcW w:w="3600" w:type="dxa"/>
            <w:shd w:val="clear" w:color="auto" w:fill="F3F6F8"/>
            <w:tcMar>
              <w:top w:w="90" w:type="dxa"/>
              <w:left w:w="110" w:type="dxa"/>
              <w:bottom w:w="90" w:type="dxa"/>
              <w:right w:w="110" w:type="dxa"/>
            </w:tcMar>
            <w:vAlign w:val="center"/>
          </w:tcPr>
          <w:p w14:paraId="5D1DAA48" w14:textId="77777777" w:rsidR="006F345F" w:rsidRDefault="00000000">
            <w:r>
              <w:rPr>
                <w:b/>
                <w:color w:val="17365D"/>
                <w:sz w:val="17"/>
              </w:rPr>
              <w:t>Tenancy sustainment / housing skills</w:t>
            </w:r>
          </w:p>
        </w:tc>
        <w:tc>
          <w:tcPr>
            <w:tcW w:w="792" w:type="dxa"/>
            <w:tcMar>
              <w:top w:w="90" w:type="dxa"/>
              <w:left w:w="110" w:type="dxa"/>
              <w:bottom w:w="90" w:type="dxa"/>
              <w:right w:w="110" w:type="dxa"/>
            </w:tcMar>
            <w:vAlign w:val="center"/>
          </w:tcPr>
          <w:p w14:paraId="561A74C1"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4FFDFFD5"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5E4C618C"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33472987" w14:textId="77777777" w:rsidR="006F345F" w:rsidRDefault="00000000">
            <w:r>
              <w:rPr>
                <w:color w:val="68737D"/>
                <w:sz w:val="16"/>
              </w:rPr>
              <w:t>Enter details</w:t>
            </w:r>
          </w:p>
        </w:tc>
      </w:tr>
      <w:tr w:rsidR="006F345F" w14:paraId="2D7A1587" w14:textId="77777777">
        <w:trPr>
          <w:cantSplit/>
          <w:jc w:val="center"/>
        </w:trPr>
        <w:tc>
          <w:tcPr>
            <w:tcW w:w="3600" w:type="dxa"/>
            <w:shd w:val="clear" w:color="auto" w:fill="F3F6F8"/>
            <w:tcMar>
              <w:top w:w="90" w:type="dxa"/>
              <w:left w:w="110" w:type="dxa"/>
              <w:bottom w:w="90" w:type="dxa"/>
              <w:right w:w="110" w:type="dxa"/>
            </w:tcMar>
            <w:vAlign w:val="center"/>
          </w:tcPr>
          <w:p w14:paraId="3FB722A6" w14:textId="77777777" w:rsidR="006F345F" w:rsidRDefault="00000000">
            <w:r>
              <w:rPr>
                <w:b/>
                <w:color w:val="17365D"/>
                <w:sz w:val="17"/>
              </w:rPr>
              <w:t>Mobility / accessibility needs</w:t>
            </w:r>
          </w:p>
        </w:tc>
        <w:tc>
          <w:tcPr>
            <w:tcW w:w="792" w:type="dxa"/>
            <w:tcMar>
              <w:top w:w="90" w:type="dxa"/>
              <w:left w:w="110" w:type="dxa"/>
              <w:bottom w:w="90" w:type="dxa"/>
              <w:right w:w="110" w:type="dxa"/>
            </w:tcMar>
            <w:vAlign w:val="center"/>
          </w:tcPr>
          <w:p w14:paraId="6FB90C9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29244E2D"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0D7E80A"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25EDC3B7" w14:textId="77777777" w:rsidR="006F345F" w:rsidRDefault="00000000">
            <w:r>
              <w:rPr>
                <w:color w:val="68737D"/>
                <w:sz w:val="16"/>
              </w:rPr>
              <w:t>Enter details</w:t>
            </w:r>
          </w:p>
        </w:tc>
      </w:tr>
      <w:tr w:rsidR="006F345F" w14:paraId="67BE7530" w14:textId="77777777">
        <w:trPr>
          <w:cantSplit/>
          <w:jc w:val="center"/>
        </w:trPr>
        <w:tc>
          <w:tcPr>
            <w:tcW w:w="3600" w:type="dxa"/>
            <w:shd w:val="clear" w:color="auto" w:fill="F3F6F8"/>
            <w:tcMar>
              <w:top w:w="90" w:type="dxa"/>
              <w:left w:w="110" w:type="dxa"/>
              <w:bottom w:w="90" w:type="dxa"/>
              <w:right w:w="110" w:type="dxa"/>
            </w:tcMar>
            <w:vAlign w:val="center"/>
          </w:tcPr>
          <w:p w14:paraId="3F98B1E9" w14:textId="77777777" w:rsidR="006F345F" w:rsidRDefault="00000000">
            <w:r>
              <w:t>Any other support required</w:t>
            </w:r>
          </w:p>
        </w:tc>
        <w:tc>
          <w:tcPr>
            <w:tcW w:w="792" w:type="dxa"/>
            <w:tcMar>
              <w:top w:w="90" w:type="dxa"/>
              <w:left w:w="110" w:type="dxa"/>
              <w:bottom w:w="90" w:type="dxa"/>
              <w:right w:w="110" w:type="dxa"/>
            </w:tcMar>
            <w:vAlign w:val="center"/>
          </w:tcPr>
          <w:p w14:paraId="5FEE17A0" w14:textId="77777777" w:rsidR="006F345F" w:rsidRDefault="00000000">
            <w:pPr>
              <w:jc w:val="center"/>
            </w:pPr>
            <w:r>
              <w:t>☐</w:t>
            </w:r>
          </w:p>
        </w:tc>
        <w:tc>
          <w:tcPr>
            <w:tcW w:w="792" w:type="dxa"/>
            <w:tcMar>
              <w:top w:w="90" w:type="dxa"/>
              <w:left w:w="110" w:type="dxa"/>
              <w:bottom w:w="90" w:type="dxa"/>
              <w:right w:w="110" w:type="dxa"/>
            </w:tcMar>
            <w:vAlign w:val="center"/>
          </w:tcPr>
          <w:p w14:paraId="4C0D491D" w14:textId="77777777" w:rsidR="006F345F" w:rsidRDefault="00000000">
            <w:pPr>
              <w:jc w:val="center"/>
            </w:pPr>
            <w:r>
              <w:t>☐</w:t>
            </w:r>
          </w:p>
        </w:tc>
        <w:tc>
          <w:tcPr>
            <w:tcW w:w="1008" w:type="dxa"/>
            <w:tcMar>
              <w:top w:w="90" w:type="dxa"/>
              <w:left w:w="110" w:type="dxa"/>
              <w:bottom w:w="90" w:type="dxa"/>
              <w:right w:w="110" w:type="dxa"/>
            </w:tcMar>
            <w:vAlign w:val="center"/>
          </w:tcPr>
          <w:p w14:paraId="34BABE45" w14:textId="77777777" w:rsidR="006F345F" w:rsidRDefault="00000000">
            <w:pPr>
              <w:jc w:val="center"/>
            </w:pPr>
            <w:r>
              <w:t>☐</w:t>
            </w:r>
          </w:p>
        </w:tc>
        <w:tc>
          <w:tcPr>
            <w:tcW w:w="4320" w:type="dxa"/>
            <w:tcMar>
              <w:top w:w="90" w:type="dxa"/>
              <w:left w:w="110" w:type="dxa"/>
              <w:bottom w:w="90" w:type="dxa"/>
              <w:right w:w="110" w:type="dxa"/>
            </w:tcMar>
            <w:vAlign w:val="center"/>
          </w:tcPr>
          <w:p w14:paraId="7B2223A5" w14:textId="77777777" w:rsidR="006F345F" w:rsidRDefault="00000000">
            <w:r>
              <w:t>Enter details</w:t>
            </w:r>
          </w:p>
        </w:tc>
      </w:tr>
    </w:tbl>
    <w:p w14:paraId="10A2A335"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0AAE4F09" w14:textId="77777777">
        <w:trPr>
          <w:cantSplit/>
          <w:jc w:val="center"/>
        </w:trPr>
        <w:tc>
          <w:tcPr>
            <w:tcW w:w="3240" w:type="dxa"/>
            <w:shd w:val="clear" w:color="auto" w:fill="F3F6F8"/>
            <w:tcMar>
              <w:top w:w="90" w:type="dxa"/>
              <w:left w:w="110" w:type="dxa"/>
              <w:bottom w:w="90" w:type="dxa"/>
              <w:right w:w="110" w:type="dxa"/>
            </w:tcMar>
            <w:vAlign w:val="center"/>
          </w:tcPr>
          <w:p w14:paraId="4A5BE9E4" w14:textId="77777777" w:rsidR="006F345F" w:rsidRDefault="00000000">
            <w:r>
              <w:rPr>
                <w:b/>
                <w:color w:val="17365D"/>
                <w:sz w:val="18"/>
              </w:rPr>
              <w:t>Current support plan / key goals</w:t>
            </w:r>
          </w:p>
        </w:tc>
        <w:tc>
          <w:tcPr>
            <w:tcW w:w="7200" w:type="dxa"/>
            <w:tcMar>
              <w:top w:w="90" w:type="dxa"/>
              <w:left w:w="110" w:type="dxa"/>
              <w:bottom w:w="90" w:type="dxa"/>
              <w:right w:w="110" w:type="dxa"/>
            </w:tcMar>
            <w:vAlign w:val="center"/>
          </w:tcPr>
          <w:p w14:paraId="4328AE2A" w14:textId="77777777" w:rsidR="006F345F" w:rsidRDefault="00000000">
            <w:r>
              <w:rPr>
                <w:color w:val="5F6B75"/>
                <w:sz w:val="18"/>
              </w:rPr>
              <w:t>Summarise the applicant’s priorities, strengths, goals and the support they are currently receiving.</w:t>
            </w:r>
            <w:r>
              <w:br/>
            </w:r>
            <w:r>
              <w:br/>
            </w:r>
          </w:p>
        </w:tc>
      </w:tr>
      <w:tr w:rsidR="006F345F" w14:paraId="715D1A71" w14:textId="77777777">
        <w:trPr>
          <w:cantSplit/>
          <w:jc w:val="center"/>
        </w:trPr>
        <w:tc>
          <w:tcPr>
            <w:tcW w:w="3240" w:type="dxa"/>
            <w:shd w:val="clear" w:color="auto" w:fill="F3F6F8"/>
            <w:tcMar>
              <w:top w:w="90" w:type="dxa"/>
              <w:left w:w="110" w:type="dxa"/>
              <w:bottom w:w="90" w:type="dxa"/>
              <w:right w:w="110" w:type="dxa"/>
            </w:tcMar>
            <w:vAlign w:val="center"/>
          </w:tcPr>
          <w:p w14:paraId="5C1AD493" w14:textId="77777777" w:rsidR="006F345F" w:rsidRDefault="00000000">
            <w:r>
              <w:rPr>
                <w:b/>
                <w:color w:val="17365D"/>
                <w:sz w:val="18"/>
              </w:rPr>
              <w:t>Support hours / intensity indicated</w:t>
            </w:r>
          </w:p>
        </w:tc>
        <w:tc>
          <w:tcPr>
            <w:tcW w:w="7200" w:type="dxa"/>
            <w:tcMar>
              <w:top w:w="90" w:type="dxa"/>
              <w:left w:w="110" w:type="dxa"/>
              <w:bottom w:w="90" w:type="dxa"/>
              <w:right w:w="110" w:type="dxa"/>
            </w:tcMar>
            <w:vAlign w:val="center"/>
          </w:tcPr>
          <w:p w14:paraId="0C59F01C" w14:textId="77777777" w:rsidR="006F345F" w:rsidRDefault="00000000">
            <w:r>
              <w:rPr>
                <w:color w:val="5F6B75"/>
                <w:sz w:val="18"/>
              </w:rPr>
              <w:t>If known, describe expected frequency or intensity of support.</w:t>
            </w:r>
          </w:p>
        </w:tc>
      </w:tr>
    </w:tbl>
    <w:p w14:paraId="1BCC4AB4" w14:textId="77777777" w:rsidR="006F345F" w:rsidRDefault="006F345F">
      <w:pPr>
        <w:spacing w:after="40"/>
      </w:pPr>
    </w:p>
    <w:p w14:paraId="075A935E" w14:textId="77777777" w:rsidR="006F345F" w:rsidRDefault="00000000">
      <w:pPr>
        <w:pStyle w:val="SectionHeader"/>
        <w:shd w:val="clear" w:color="auto" w:fill="17365D"/>
        <w:spacing w:before="120" w:after="100"/>
        <w:ind w:left="120" w:right="120"/>
      </w:pPr>
      <w:r>
        <w:rPr>
          <w:sz w:val="23"/>
        </w:rPr>
        <w:t>6. HEALTH, MEDICATION &amp; PROFESSIONAL INVOLVEMENT</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296C421B" w14:textId="77777777">
        <w:trPr>
          <w:cantSplit/>
          <w:jc w:val="center"/>
        </w:trPr>
        <w:tc>
          <w:tcPr>
            <w:tcW w:w="3240" w:type="dxa"/>
            <w:shd w:val="clear" w:color="auto" w:fill="F3F6F8"/>
            <w:tcMar>
              <w:top w:w="90" w:type="dxa"/>
              <w:left w:w="110" w:type="dxa"/>
              <w:bottom w:w="90" w:type="dxa"/>
              <w:right w:w="110" w:type="dxa"/>
            </w:tcMar>
            <w:vAlign w:val="center"/>
          </w:tcPr>
          <w:p w14:paraId="38D42490" w14:textId="77777777" w:rsidR="006F345F" w:rsidRDefault="00000000">
            <w:r>
              <w:rPr>
                <w:b/>
                <w:color w:val="17365D"/>
                <w:sz w:val="18"/>
              </w:rPr>
              <w:t>GP details</w:t>
            </w:r>
          </w:p>
        </w:tc>
        <w:tc>
          <w:tcPr>
            <w:tcW w:w="7200" w:type="dxa"/>
            <w:tcMar>
              <w:top w:w="90" w:type="dxa"/>
              <w:left w:w="110" w:type="dxa"/>
              <w:bottom w:w="90" w:type="dxa"/>
              <w:right w:w="110" w:type="dxa"/>
            </w:tcMar>
            <w:vAlign w:val="center"/>
          </w:tcPr>
          <w:p w14:paraId="3D8B709E" w14:textId="77777777" w:rsidR="006F345F" w:rsidRDefault="00000000">
            <w:r>
              <w:rPr>
                <w:color w:val="5F6B75"/>
                <w:sz w:val="18"/>
              </w:rPr>
              <w:t>Name, surgery, address and telephone if known.</w:t>
            </w:r>
          </w:p>
        </w:tc>
      </w:tr>
      <w:tr w:rsidR="006F345F" w14:paraId="71F26531" w14:textId="77777777">
        <w:trPr>
          <w:cantSplit/>
          <w:jc w:val="center"/>
        </w:trPr>
        <w:tc>
          <w:tcPr>
            <w:tcW w:w="3240" w:type="dxa"/>
            <w:shd w:val="clear" w:color="auto" w:fill="F3F6F8"/>
            <w:tcMar>
              <w:top w:w="90" w:type="dxa"/>
              <w:left w:w="110" w:type="dxa"/>
              <w:bottom w:w="90" w:type="dxa"/>
              <w:right w:w="110" w:type="dxa"/>
            </w:tcMar>
            <w:vAlign w:val="center"/>
          </w:tcPr>
          <w:p w14:paraId="3930BE15" w14:textId="77777777" w:rsidR="006F345F" w:rsidRDefault="00000000">
            <w:r>
              <w:rPr>
                <w:b/>
                <w:color w:val="17365D"/>
                <w:sz w:val="18"/>
              </w:rPr>
              <w:t>Mental health services</w:t>
            </w:r>
          </w:p>
        </w:tc>
        <w:tc>
          <w:tcPr>
            <w:tcW w:w="7200" w:type="dxa"/>
            <w:tcMar>
              <w:top w:w="90" w:type="dxa"/>
              <w:left w:w="110" w:type="dxa"/>
              <w:bottom w:w="90" w:type="dxa"/>
              <w:right w:w="110" w:type="dxa"/>
            </w:tcMar>
            <w:vAlign w:val="center"/>
          </w:tcPr>
          <w:p w14:paraId="1DF8EEEB" w14:textId="77777777" w:rsidR="006F345F" w:rsidRDefault="00000000">
            <w:r>
              <w:rPr>
                <w:color w:val="5F6B75"/>
                <w:sz w:val="18"/>
              </w:rPr>
              <w:t>CMHT, psychiatrist, CPN, crisis team or other service involvement.</w:t>
            </w:r>
          </w:p>
        </w:tc>
      </w:tr>
      <w:tr w:rsidR="006F345F" w14:paraId="29B7D3AD" w14:textId="77777777">
        <w:trPr>
          <w:cantSplit/>
          <w:jc w:val="center"/>
        </w:trPr>
        <w:tc>
          <w:tcPr>
            <w:tcW w:w="3240" w:type="dxa"/>
            <w:shd w:val="clear" w:color="auto" w:fill="F3F6F8"/>
            <w:tcMar>
              <w:top w:w="90" w:type="dxa"/>
              <w:left w:w="110" w:type="dxa"/>
              <w:bottom w:w="90" w:type="dxa"/>
              <w:right w:w="110" w:type="dxa"/>
            </w:tcMar>
            <w:vAlign w:val="center"/>
          </w:tcPr>
          <w:p w14:paraId="7B20EF00" w14:textId="77777777" w:rsidR="006F345F" w:rsidRDefault="00000000">
            <w:r>
              <w:rPr>
                <w:b/>
                <w:color w:val="17365D"/>
                <w:sz w:val="18"/>
              </w:rPr>
              <w:t>Medication</w:t>
            </w:r>
          </w:p>
        </w:tc>
        <w:tc>
          <w:tcPr>
            <w:tcW w:w="7200" w:type="dxa"/>
            <w:tcMar>
              <w:top w:w="90" w:type="dxa"/>
              <w:left w:w="110" w:type="dxa"/>
              <w:bottom w:w="90" w:type="dxa"/>
              <w:right w:w="110" w:type="dxa"/>
            </w:tcMar>
            <w:vAlign w:val="center"/>
          </w:tcPr>
          <w:p w14:paraId="397DC9E9" w14:textId="77777777" w:rsidR="006F345F" w:rsidRDefault="00000000">
            <w:r>
              <w:rPr>
                <w:color w:val="5F6B75"/>
                <w:sz w:val="18"/>
              </w:rPr>
              <w:t>Current medication, purpose, administration/support needs, adherence concerns or allergies.</w:t>
            </w:r>
            <w:r>
              <w:br/>
            </w:r>
            <w:r>
              <w:br/>
            </w:r>
          </w:p>
        </w:tc>
      </w:tr>
      <w:tr w:rsidR="006F345F" w14:paraId="5DEBA699" w14:textId="77777777">
        <w:trPr>
          <w:cantSplit/>
          <w:jc w:val="center"/>
        </w:trPr>
        <w:tc>
          <w:tcPr>
            <w:tcW w:w="3240" w:type="dxa"/>
            <w:shd w:val="clear" w:color="auto" w:fill="F3F6F8"/>
            <w:tcMar>
              <w:top w:w="90" w:type="dxa"/>
              <w:left w:w="110" w:type="dxa"/>
              <w:bottom w:w="90" w:type="dxa"/>
              <w:right w:w="110" w:type="dxa"/>
            </w:tcMar>
            <w:vAlign w:val="center"/>
          </w:tcPr>
          <w:p w14:paraId="0C405A22" w14:textId="77777777" w:rsidR="006F345F" w:rsidRDefault="00000000">
            <w:r>
              <w:rPr>
                <w:b/>
                <w:color w:val="17365D"/>
                <w:sz w:val="18"/>
              </w:rPr>
              <w:t>Other professionals involved</w:t>
            </w:r>
          </w:p>
        </w:tc>
        <w:tc>
          <w:tcPr>
            <w:tcW w:w="7200" w:type="dxa"/>
            <w:tcMar>
              <w:top w:w="90" w:type="dxa"/>
              <w:left w:w="110" w:type="dxa"/>
              <w:bottom w:w="90" w:type="dxa"/>
              <w:right w:w="110" w:type="dxa"/>
            </w:tcMar>
            <w:vAlign w:val="center"/>
          </w:tcPr>
          <w:p w14:paraId="1BCE8C5E" w14:textId="77777777" w:rsidR="006F345F" w:rsidRDefault="00000000">
            <w:r>
              <w:rPr>
                <w:color w:val="5F6B75"/>
                <w:sz w:val="18"/>
              </w:rPr>
              <w:t>Social worker, probation officer, drug/alcohol worker, advocate, care coordinator, etc. Include contact details where appropriate.</w:t>
            </w:r>
            <w:r>
              <w:br/>
            </w:r>
            <w:r>
              <w:br/>
            </w:r>
          </w:p>
        </w:tc>
      </w:tr>
    </w:tbl>
    <w:p w14:paraId="34631B1E" w14:textId="77777777" w:rsidR="006F345F" w:rsidRDefault="006F345F">
      <w:pPr>
        <w:spacing w:after="40"/>
      </w:pPr>
    </w:p>
    <w:p w14:paraId="59141814" w14:textId="77777777" w:rsidR="006F345F" w:rsidRDefault="00000000">
      <w:pPr>
        <w:pStyle w:val="SectionHeader"/>
        <w:shd w:val="clear" w:color="auto" w:fill="17365D"/>
        <w:spacing w:before="120" w:after="100"/>
        <w:ind w:left="120" w:right="120"/>
      </w:pPr>
      <w:r>
        <w:rPr>
          <w:sz w:val="23"/>
        </w:rPr>
        <w:t>7. RISK, SAFEGUARDING &amp; OFFENDING INFORMATION</w:t>
      </w:r>
    </w:p>
    <w:tbl>
      <w:tblPr>
        <w:tblW w:w="0" w:type="auto"/>
        <w:jc w:val="center"/>
        <w:tblBorders>
          <w:top w:val="single" w:sz="8" w:space="0" w:color="1B7F8C"/>
          <w:left w:val="single" w:sz="8" w:space="0" w:color="1B7F8C"/>
          <w:bottom w:val="single" w:sz="8" w:space="0" w:color="1B7F8C"/>
          <w:right w:val="single" w:sz="8" w:space="0" w:color="1B7F8C"/>
          <w:insideH w:val="single" w:sz="8" w:space="0" w:color="1B7F8C"/>
          <w:insideV w:val="single" w:sz="8" w:space="0" w:color="1B7F8C"/>
        </w:tblBorders>
        <w:tblLayout w:type="fixed"/>
        <w:tblLook w:val="04A0" w:firstRow="1" w:lastRow="0" w:firstColumn="1" w:lastColumn="0" w:noHBand="0" w:noVBand="1"/>
      </w:tblPr>
      <w:tblGrid>
        <w:gridCol w:w="10512"/>
      </w:tblGrid>
      <w:tr w:rsidR="006F345F" w14:paraId="7784D61E" w14:textId="77777777">
        <w:trPr>
          <w:cantSplit/>
          <w:jc w:val="center"/>
        </w:trPr>
        <w:tc>
          <w:tcPr>
            <w:tcW w:w="10512" w:type="dxa"/>
            <w:shd w:val="clear" w:color="auto" w:fill="EAF4F5"/>
            <w:tcMar>
              <w:top w:w="90" w:type="dxa"/>
              <w:left w:w="110" w:type="dxa"/>
              <w:bottom w:w="90" w:type="dxa"/>
              <w:right w:w="110" w:type="dxa"/>
            </w:tcMar>
            <w:vAlign w:val="center"/>
          </w:tcPr>
          <w:p w14:paraId="72EC8A5C" w14:textId="77777777" w:rsidR="006F345F" w:rsidRDefault="00000000">
            <w:r>
              <w:rPr>
                <w:sz w:val="17"/>
              </w:rPr>
              <w:t>Please provide sufficient detail to support safe placement planning. A “Yes” response does not automatically exclude an applicant; context, current level of risk and management measures are important.</w:t>
            </w:r>
          </w:p>
        </w:tc>
      </w:tr>
    </w:tbl>
    <w:p w14:paraId="3E172FEA" w14:textId="77777777" w:rsidR="006F345F" w:rsidRDefault="006F345F">
      <w:pPr>
        <w:spacing w:after="2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600"/>
        <w:gridCol w:w="792"/>
        <w:gridCol w:w="792"/>
        <w:gridCol w:w="1008"/>
        <w:gridCol w:w="4320"/>
      </w:tblGrid>
      <w:tr w:rsidR="006F345F" w14:paraId="3E614782" w14:textId="77777777">
        <w:trPr>
          <w:cantSplit/>
          <w:tblHeader/>
          <w:jc w:val="center"/>
        </w:trPr>
        <w:tc>
          <w:tcPr>
            <w:tcW w:w="3600" w:type="dxa"/>
            <w:shd w:val="clear" w:color="auto" w:fill="17365D"/>
            <w:tcMar>
              <w:top w:w="90" w:type="dxa"/>
              <w:left w:w="110" w:type="dxa"/>
              <w:bottom w:w="90" w:type="dxa"/>
              <w:right w:w="110" w:type="dxa"/>
            </w:tcMar>
            <w:vAlign w:val="center"/>
          </w:tcPr>
          <w:p w14:paraId="1A95F6F5" w14:textId="77777777" w:rsidR="006F345F" w:rsidRDefault="00000000">
            <w:r>
              <w:rPr>
                <w:b/>
                <w:color w:val="FFFFFF"/>
                <w:sz w:val="16"/>
              </w:rPr>
              <w:t>Area</w:t>
            </w:r>
          </w:p>
        </w:tc>
        <w:tc>
          <w:tcPr>
            <w:tcW w:w="792" w:type="dxa"/>
            <w:shd w:val="clear" w:color="auto" w:fill="17365D"/>
            <w:tcMar>
              <w:top w:w="90" w:type="dxa"/>
              <w:left w:w="110" w:type="dxa"/>
              <w:bottom w:w="90" w:type="dxa"/>
              <w:right w:w="110" w:type="dxa"/>
            </w:tcMar>
            <w:vAlign w:val="center"/>
          </w:tcPr>
          <w:p w14:paraId="062FCB68" w14:textId="77777777" w:rsidR="006F345F" w:rsidRDefault="00000000">
            <w:pPr>
              <w:jc w:val="center"/>
            </w:pPr>
            <w:r>
              <w:rPr>
                <w:b/>
                <w:color w:val="FFFFFF"/>
                <w:sz w:val="16"/>
              </w:rPr>
              <w:t>Yes</w:t>
            </w:r>
          </w:p>
        </w:tc>
        <w:tc>
          <w:tcPr>
            <w:tcW w:w="792" w:type="dxa"/>
            <w:shd w:val="clear" w:color="auto" w:fill="17365D"/>
            <w:tcMar>
              <w:top w:w="90" w:type="dxa"/>
              <w:left w:w="110" w:type="dxa"/>
              <w:bottom w:w="90" w:type="dxa"/>
              <w:right w:w="110" w:type="dxa"/>
            </w:tcMar>
            <w:vAlign w:val="center"/>
          </w:tcPr>
          <w:p w14:paraId="729B034F" w14:textId="77777777" w:rsidR="006F345F" w:rsidRDefault="00000000">
            <w:pPr>
              <w:jc w:val="center"/>
            </w:pPr>
            <w:r>
              <w:rPr>
                <w:b/>
                <w:color w:val="FFFFFF"/>
                <w:sz w:val="16"/>
              </w:rPr>
              <w:t>No</w:t>
            </w:r>
          </w:p>
        </w:tc>
        <w:tc>
          <w:tcPr>
            <w:tcW w:w="1008" w:type="dxa"/>
            <w:shd w:val="clear" w:color="auto" w:fill="17365D"/>
            <w:tcMar>
              <w:top w:w="90" w:type="dxa"/>
              <w:left w:w="110" w:type="dxa"/>
              <w:bottom w:w="90" w:type="dxa"/>
              <w:right w:w="110" w:type="dxa"/>
            </w:tcMar>
            <w:vAlign w:val="center"/>
          </w:tcPr>
          <w:p w14:paraId="3FDAE62F" w14:textId="77777777" w:rsidR="006F345F" w:rsidRDefault="00000000">
            <w:pPr>
              <w:jc w:val="center"/>
            </w:pPr>
            <w:r>
              <w:rPr>
                <w:b/>
                <w:color w:val="FFFFFF"/>
                <w:sz w:val="16"/>
              </w:rPr>
              <w:t>Unknown</w:t>
            </w:r>
          </w:p>
        </w:tc>
        <w:tc>
          <w:tcPr>
            <w:tcW w:w="4320" w:type="dxa"/>
            <w:shd w:val="clear" w:color="auto" w:fill="17365D"/>
            <w:tcMar>
              <w:top w:w="90" w:type="dxa"/>
              <w:left w:w="110" w:type="dxa"/>
              <w:bottom w:w="90" w:type="dxa"/>
              <w:right w:w="110" w:type="dxa"/>
            </w:tcMar>
            <w:vAlign w:val="center"/>
          </w:tcPr>
          <w:p w14:paraId="4BBD75E9" w14:textId="77777777" w:rsidR="006F345F" w:rsidRDefault="00000000">
            <w:r>
              <w:rPr>
                <w:b/>
                <w:color w:val="FFFFFF"/>
                <w:sz w:val="16"/>
              </w:rPr>
              <w:t>Details, dates, current level &amp; management</w:t>
            </w:r>
          </w:p>
        </w:tc>
      </w:tr>
      <w:tr w:rsidR="006F345F" w14:paraId="30699558" w14:textId="77777777">
        <w:trPr>
          <w:cantSplit/>
          <w:jc w:val="center"/>
        </w:trPr>
        <w:tc>
          <w:tcPr>
            <w:tcW w:w="3600" w:type="dxa"/>
            <w:shd w:val="clear" w:color="auto" w:fill="F3F6F8"/>
            <w:tcMar>
              <w:top w:w="90" w:type="dxa"/>
              <w:left w:w="110" w:type="dxa"/>
              <w:bottom w:w="90" w:type="dxa"/>
              <w:right w:w="110" w:type="dxa"/>
            </w:tcMar>
            <w:vAlign w:val="center"/>
          </w:tcPr>
          <w:p w14:paraId="3501143A" w14:textId="77777777" w:rsidR="006F345F" w:rsidRDefault="00000000">
            <w:r>
              <w:rPr>
                <w:b/>
                <w:color w:val="17365D"/>
                <w:sz w:val="17"/>
              </w:rPr>
              <w:t>Self-harm or suicidal thoughts/behaviour</w:t>
            </w:r>
          </w:p>
        </w:tc>
        <w:tc>
          <w:tcPr>
            <w:tcW w:w="792" w:type="dxa"/>
            <w:tcMar>
              <w:top w:w="90" w:type="dxa"/>
              <w:left w:w="110" w:type="dxa"/>
              <w:bottom w:w="90" w:type="dxa"/>
              <w:right w:w="110" w:type="dxa"/>
            </w:tcMar>
            <w:vAlign w:val="center"/>
          </w:tcPr>
          <w:p w14:paraId="0571D249"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A9CEC7E"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129A3E4"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581676C" w14:textId="77777777" w:rsidR="006F345F" w:rsidRDefault="00000000">
            <w:r>
              <w:rPr>
                <w:color w:val="68737D"/>
                <w:sz w:val="16"/>
              </w:rPr>
              <w:t>Enter details</w:t>
            </w:r>
          </w:p>
        </w:tc>
      </w:tr>
      <w:tr w:rsidR="006F345F" w14:paraId="7E4DF28C" w14:textId="77777777">
        <w:trPr>
          <w:cantSplit/>
          <w:jc w:val="center"/>
        </w:trPr>
        <w:tc>
          <w:tcPr>
            <w:tcW w:w="3600" w:type="dxa"/>
            <w:shd w:val="clear" w:color="auto" w:fill="F3F6F8"/>
            <w:tcMar>
              <w:top w:w="90" w:type="dxa"/>
              <w:left w:w="110" w:type="dxa"/>
              <w:bottom w:w="90" w:type="dxa"/>
              <w:right w:w="110" w:type="dxa"/>
            </w:tcMar>
            <w:vAlign w:val="center"/>
          </w:tcPr>
          <w:p w14:paraId="5D931527" w14:textId="77777777" w:rsidR="006F345F" w:rsidRDefault="00000000">
            <w:r>
              <w:rPr>
                <w:b/>
                <w:color w:val="17365D"/>
                <w:sz w:val="17"/>
              </w:rPr>
              <w:lastRenderedPageBreak/>
              <w:t>Risk of harm to others / violence or aggression</w:t>
            </w:r>
          </w:p>
        </w:tc>
        <w:tc>
          <w:tcPr>
            <w:tcW w:w="792" w:type="dxa"/>
            <w:tcMar>
              <w:top w:w="90" w:type="dxa"/>
              <w:left w:w="110" w:type="dxa"/>
              <w:bottom w:w="90" w:type="dxa"/>
              <w:right w:w="110" w:type="dxa"/>
            </w:tcMar>
            <w:vAlign w:val="center"/>
          </w:tcPr>
          <w:p w14:paraId="6E9F5E3E"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2EF71FF"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6F53F0B"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9806920" w14:textId="77777777" w:rsidR="006F345F" w:rsidRDefault="00000000">
            <w:r>
              <w:rPr>
                <w:color w:val="68737D"/>
                <w:sz w:val="16"/>
              </w:rPr>
              <w:t>Enter details</w:t>
            </w:r>
          </w:p>
        </w:tc>
      </w:tr>
      <w:tr w:rsidR="006F345F" w14:paraId="78C0C7BD" w14:textId="77777777">
        <w:trPr>
          <w:cantSplit/>
          <w:jc w:val="center"/>
        </w:trPr>
        <w:tc>
          <w:tcPr>
            <w:tcW w:w="3600" w:type="dxa"/>
            <w:shd w:val="clear" w:color="auto" w:fill="F3F6F8"/>
            <w:tcMar>
              <w:top w:w="90" w:type="dxa"/>
              <w:left w:w="110" w:type="dxa"/>
              <w:bottom w:w="90" w:type="dxa"/>
              <w:right w:w="110" w:type="dxa"/>
            </w:tcMar>
            <w:vAlign w:val="center"/>
          </w:tcPr>
          <w:p w14:paraId="0F5EE3B7" w14:textId="77777777" w:rsidR="006F345F" w:rsidRDefault="00000000">
            <w:r>
              <w:rPr>
                <w:b/>
                <w:color w:val="17365D"/>
                <w:sz w:val="17"/>
              </w:rPr>
              <w:t>Domestic abuse (victim or alleged perpetrator)</w:t>
            </w:r>
          </w:p>
        </w:tc>
        <w:tc>
          <w:tcPr>
            <w:tcW w:w="792" w:type="dxa"/>
            <w:tcMar>
              <w:top w:w="90" w:type="dxa"/>
              <w:left w:w="110" w:type="dxa"/>
              <w:bottom w:w="90" w:type="dxa"/>
              <w:right w:w="110" w:type="dxa"/>
            </w:tcMar>
            <w:vAlign w:val="center"/>
          </w:tcPr>
          <w:p w14:paraId="4652AAE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C72A446"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0514FB2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10F3EC66" w14:textId="77777777" w:rsidR="006F345F" w:rsidRDefault="00000000">
            <w:r>
              <w:rPr>
                <w:color w:val="68737D"/>
                <w:sz w:val="16"/>
              </w:rPr>
              <w:t>Enter details</w:t>
            </w:r>
          </w:p>
        </w:tc>
      </w:tr>
      <w:tr w:rsidR="006F345F" w14:paraId="6B50C440" w14:textId="77777777">
        <w:trPr>
          <w:cantSplit/>
          <w:jc w:val="center"/>
        </w:trPr>
        <w:tc>
          <w:tcPr>
            <w:tcW w:w="3600" w:type="dxa"/>
            <w:shd w:val="clear" w:color="auto" w:fill="F3F6F8"/>
            <w:tcMar>
              <w:top w:w="90" w:type="dxa"/>
              <w:left w:w="110" w:type="dxa"/>
              <w:bottom w:w="90" w:type="dxa"/>
              <w:right w:w="110" w:type="dxa"/>
            </w:tcMar>
            <w:vAlign w:val="center"/>
          </w:tcPr>
          <w:p w14:paraId="16BB90D4" w14:textId="77777777" w:rsidR="006F345F" w:rsidRDefault="00000000">
            <w:r>
              <w:rPr>
                <w:b/>
                <w:color w:val="17365D"/>
                <w:sz w:val="17"/>
              </w:rPr>
              <w:t>Safeguarding concerns / exploitation / cuckooing</w:t>
            </w:r>
          </w:p>
        </w:tc>
        <w:tc>
          <w:tcPr>
            <w:tcW w:w="792" w:type="dxa"/>
            <w:tcMar>
              <w:top w:w="90" w:type="dxa"/>
              <w:left w:w="110" w:type="dxa"/>
              <w:bottom w:w="90" w:type="dxa"/>
              <w:right w:w="110" w:type="dxa"/>
            </w:tcMar>
            <w:vAlign w:val="center"/>
          </w:tcPr>
          <w:p w14:paraId="34AFCF89"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57B98F4A"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04BADF8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101E0920" w14:textId="77777777" w:rsidR="006F345F" w:rsidRDefault="00000000">
            <w:r>
              <w:rPr>
                <w:color w:val="68737D"/>
                <w:sz w:val="16"/>
              </w:rPr>
              <w:t>Enter details</w:t>
            </w:r>
          </w:p>
        </w:tc>
      </w:tr>
      <w:tr w:rsidR="006F345F" w14:paraId="55B6CF18" w14:textId="77777777">
        <w:trPr>
          <w:cantSplit/>
          <w:jc w:val="center"/>
        </w:trPr>
        <w:tc>
          <w:tcPr>
            <w:tcW w:w="3600" w:type="dxa"/>
            <w:shd w:val="clear" w:color="auto" w:fill="F3F6F8"/>
            <w:tcMar>
              <w:top w:w="90" w:type="dxa"/>
              <w:left w:w="110" w:type="dxa"/>
              <w:bottom w:w="90" w:type="dxa"/>
              <w:right w:w="110" w:type="dxa"/>
            </w:tcMar>
            <w:vAlign w:val="center"/>
          </w:tcPr>
          <w:p w14:paraId="1485AADD" w14:textId="77777777" w:rsidR="006F345F" w:rsidRDefault="00000000">
            <w:r>
              <w:rPr>
                <w:b/>
                <w:color w:val="17365D"/>
                <w:sz w:val="17"/>
              </w:rPr>
              <w:t>Arson / fire-setting risk</w:t>
            </w:r>
          </w:p>
        </w:tc>
        <w:tc>
          <w:tcPr>
            <w:tcW w:w="792" w:type="dxa"/>
            <w:tcMar>
              <w:top w:w="90" w:type="dxa"/>
              <w:left w:w="110" w:type="dxa"/>
              <w:bottom w:w="90" w:type="dxa"/>
              <w:right w:w="110" w:type="dxa"/>
            </w:tcMar>
            <w:vAlign w:val="center"/>
          </w:tcPr>
          <w:p w14:paraId="66F88B11"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7FC0083"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49AC8CA9"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B9D1EE2" w14:textId="77777777" w:rsidR="006F345F" w:rsidRDefault="00000000">
            <w:r>
              <w:rPr>
                <w:color w:val="68737D"/>
                <w:sz w:val="16"/>
              </w:rPr>
              <w:t>Enter details</w:t>
            </w:r>
          </w:p>
        </w:tc>
      </w:tr>
      <w:tr w:rsidR="006F345F" w14:paraId="32C3ED03" w14:textId="77777777">
        <w:trPr>
          <w:cantSplit/>
          <w:jc w:val="center"/>
        </w:trPr>
        <w:tc>
          <w:tcPr>
            <w:tcW w:w="3600" w:type="dxa"/>
            <w:shd w:val="clear" w:color="auto" w:fill="F3F6F8"/>
            <w:tcMar>
              <w:top w:w="90" w:type="dxa"/>
              <w:left w:w="110" w:type="dxa"/>
              <w:bottom w:w="90" w:type="dxa"/>
              <w:right w:w="110" w:type="dxa"/>
            </w:tcMar>
            <w:vAlign w:val="center"/>
          </w:tcPr>
          <w:p w14:paraId="6133A375" w14:textId="77777777" w:rsidR="006F345F" w:rsidRDefault="00000000">
            <w:r>
              <w:rPr>
                <w:b/>
                <w:color w:val="17365D"/>
                <w:sz w:val="17"/>
              </w:rPr>
              <w:t>Substance-related risk / overdose</w:t>
            </w:r>
          </w:p>
        </w:tc>
        <w:tc>
          <w:tcPr>
            <w:tcW w:w="792" w:type="dxa"/>
            <w:tcMar>
              <w:top w:w="90" w:type="dxa"/>
              <w:left w:w="110" w:type="dxa"/>
              <w:bottom w:w="90" w:type="dxa"/>
              <w:right w:w="110" w:type="dxa"/>
            </w:tcMar>
            <w:vAlign w:val="center"/>
          </w:tcPr>
          <w:p w14:paraId="1512B43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09998837"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20B69B7"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AE3731C" w14:textId="77777777" w:rsidR="006F345F" w:rsidRDefault="00000000">
            <w:r>
              <w:rPr>
                <w:color w:val="68737D"/>
                <w:sz w:val="16"/>
              </w:rPr>
              <w:t>Enter details</w:t>
            </w:r>
          </w:p>
        </w:tc>
      </w:tr>
      <w:tr w:rsidR="006F345F" w14:paraId="26E10EF3" w14:textId="77777777">
        <w:trPr>
          <w:cantSplit/>
          <w:jc w:val="center"/>
        </w:trPr>
        <w:tc>
          <w:tcPr>
            <w:tcW w:w="3600" w:type="dxa"/>
            <w:shd w:val="clear" w:color="auto" w:fill="F3F6F8"/>
            <w:tcMar>
              <w:top w:w="90" w:type="dxa"/>
              <w:left w:w="110" w:type="dxa"/>
              <w:bottom w:w="90" w:type="dxa"/>
              <w:right w:w="110" w:type="dxa"/>
            </w:tcMar>
            <w:vAlign w:val="center"/>
          </w:tcPr>
          <w:p w14:paraId="21685F0A" w14:textId="77777777" w:rsidR="006F345F" w:rsidRDefault="00000000">
            <w:r>
              <w:rPr>
                <w:b/>
                <w:color w:val="17365D"/>
                <w:sz w:val="17"/>
              </w:rPr>
              <w:t>Sexual risk / harmful sexual behaviour</w:t>
            </w:r>
          </w:p>
        </w:tc>
        <w:tc>
          <w:tcPr>
            <w:tcW w:w="792" w:type="dxa"/>
            <w:tcMar>
              <w:top w:w="90" w:type="dxa"/>
              <w:left w:w="110" w:type="dxa"/>
              <w:bottom w:w="90" w:type="dxa"/>
              <w:right w:w="110" w:type="dxa"/>
            </w:tcMar>
            <w:vAlign w:val="center"/>
          </w:tcPr>
          <w:p w14:paraId="3C12B908"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5513CCD"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08965699"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A84E20F" w14:textId="77777777" w:rsidR="006F345F" w:rsidRDefault="00000000">
            <w:r>
              <w:rPr>
                <w:color w:val="68737D"/>
                <w:sz w:val="16"/>
              </w:rPr>
              <w:t>Enter details</w:t>
            </w:r>
          </w:p>
        </w:tc>
      </w:tr>
      <w:tr w:rsidR="006F345F" w14:paraId="609F1F8F" w14:textId="77777777">
        <w:trPr>
          <w:cantSplit/>
          <w:jc w:val="center"/>
        </w:trPr>
        <w:tc>
          <w:tcPr>
            <w:tcW w:w="3600" w:type="dxa"/>
            <w:shd w:val="clear" w:color="auto" w:fill="F3F6F8"/>
            <w:tcMar>
              <w:top w:w="90" w:type="dxa"/>
              <w:left w:w="110" w:type="dxa"/>
              <w:bottom w:w="90" w:type="dxa"/>
              <w:right w:w="110" w:type="dxa"/>
            </w:tcMar>
            <w:vAlign w:val="center"/>
          </w:tcPr>
          <w:p w14:paraId="23074E48" w14:textId="77777777" w:rsidR="006F345F" w:rsidRDefault="00000000">
            <w:r>
              <w:rPr>
                <w:b/>
                <w:color w:val="17365D"/>
                <w:sz w:val="17"/>
              </w:rPr>
              <w:t>Criminal history / pending charges</w:t>
            </w:r>
          </w:p>
        </w:tc>
        <w:tc>
          <w:tcPr>
            <w:tcW w:w="792" w:type="dxa"/>
            <w:tcMar>
              <w:top w:w="90" w:type="dxa"/>
              <w:left w:w="110" w:type="dxa"/>
              <w:bottom w:w="90" w:type="dxa"/>
              <w:right w:w="110" w:type="dxa"/>
            </w:tcMar>
            <w:vAlign w:val="center"/>
          </w:tcPr>
          <w:p w14:paraId="6A52D700"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070F19B5"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959EE26"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3A1206E4" w14:textId="77777777" w:rsidR="006F345F" w:rsidRDefault="00000000">
            <w:r>
              <w:rPr>
                <w:color w:val="68737D"/>
                <w:sz w:val="16"/>
              </w:rPr>
              <w:t>Enter details</w:t>
            </w:r>
          </w:p>
        </w:tc>
      </w:tr>
      <w:tr w:rsidR="006F345F" w14:paraId="71B5838E" w14:textId="77777777">
        <w:trPr>
          <w:cantSplit/>
          <w:jc w:val="center"/>
        </w:trPr>
        <w:tc>
          <w:tcPr>
            <w:tcW w:w="3600" w:type="dxa"/>
            <w:shd w:val="clear" w:color="auto" w:fill="F3F6F8"/>
            <w:tcMar>
              <w:top w:w="90" w:type="dxa"/>
              <w:left w:w="110" w:type="dxa"/>
              <w:bottom w:w="90" w:type="dxa"/>
              <w:right w:w="110" w:type="dxa"/>
            </w:tcMar>
            <w:vAlign w:val="center"/>
          </w:tcPr>
          <w:p w14:paraId="538A9CC5" w14:textId="77777777" w:rsidR="006F345F" w:rsidRDefault="00000000">
            <w:r>
              <w:rPr>
                <w:b/>
                <w:color w:val="17365D"/>
                <w:sz w:val="17"/>
              </w:rPr>
              <w:t>Probation / licence conditions</w:t>
            </w:r>
          </w:p>
        </w:tc>
        <w:tc>
          <w:tcPr>
            <w:tcW w:w="792" w:type="dxa"/>
            <w:tcMar>
              <w:top w:w="90" w:type="dxa"/>
              <w:left w:w="110" w:type="dxa"/>
              <w:bottom w:w="90" w:type="dxa"/>
              <w:right w:w="110" w:type="dxa"/>
            </w:tcMar>
            <w:vAlign w:val="center"/>
          </w:tcPr>
          <w:p w14:paraId="07AD1A05"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16CBED3D"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858F236"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750CC2B" w14:textId="77777777" w:rsidR="006F345F" w:rsidRDefault="00000000">
            <w:r>
              <w:rPr>
                <w:color w:val="68737D"/>
                <w:sz w:val="16"/>
              </w:rPr>
              <w:t>Enter details</w:t>
            </w:r>
          </w:p>
        </w:tc>
      </w:tr>
      <w:tr w:rsidR="006F345F" w14:paraId="55BAD9DF" w14:textId="77777777">
        <w:trPr>
          <w:cantSplit/>
          <w:jc w:val="center"/>
        </w:trPr>
        <w:tc>
          <w:tcPr>
            <w:tcW w:w="3600" w:type="dxa"/>
            <w:shd w:val="clear" w:color="auto" w:fill="F3F6F8"/>
            <w:tcMar>
              <w:top w:w="90" w:type="dxa"/>
              <w:left w:w="110" w:type="dxa"/>
              <w:bottom w:w="90" w:type="dxa"/>
              <w:right w:w="110" w:type="dxa"/>
            </w:tcMar>
            <w:vAlign w:val="center"/>
          </w:tcPr>
          <w:p w14:paraId="5B84DB31" w14:textId="77777777" w:rsidR="006F345F" w:rsidRDefault="00000000">
            <w:r>
              <w:rPr>
                <w:b/>
                <w:color w:val="17365D"/>
                <w:sz w:val="17"/>
              </w:rPr>
              <w:t>MAPPA involvement</w:t>
            </w:r>
          </w:p>
        </w:tc>
        <w:tc>
          <w:tcPr>
            <w:tcW w:w="792" w:type="dxa"/>
            <w:tcMar>
              <w:top w:w="90" w:type="dxa"/>
              <w:left w:w="110" w:type="dxa"/>
              <w:bottom w:w="90" w:type="dxa"/>
              <w:right w:w="110" w:type="dxa"/>
            </w:tcMar>
            <w:vAlign w:val="center"/>
          </w:tcPr>
          <w:p w14:paraId="12D9C357"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4727A098"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5648C5B4"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40D5661A" w14:textId="77777777" w:rsidR="006F345F" w:rsidRDefault="00000000">
            <w:r>
              <w:rPr>
                <w:color w:val="68737D"/>
                <w:sz w:val="16"/>
              </w:rPr>
              <w:t>Enter details</w:t>
            </w:r>
          </w:p>
        </w:tc>
      </w:tr>
      <w:tr w:rsidR="006F345F" w14:paraId="6DB3CE86" w14:textId="77777777">
        <w:trPr>
          <w:cantSplit/>
          <w:jc w:val="center"/>
        </w:trPr>
        <w:tc>
          <w:tcPr>
            <w:tcW w:w="3600" w:type="dxa"/>
            <w:shd w:val="clear" w:color="auto" w:fill="F3F6F8"/>
            <w:tcMar>
              <w:top w:w="90" w:type="dxa"/>
              <w:left w:w="110" w:type="dxa"/>
              <w:bottom w:w="90" w:type="dxa"/>
              <w:right w:w="110" w:type="dxa"/>
            </w:tcMar>
            <w:vAlign w:val="center"/>
          </w:tcPr>
          <w:p w14:paraId="7C452576" w14:textId="77777777" w:rsidR="006F345F" w:rsidRDefault="00000000">
            <w:r>
              <w:rPr>
                <w:b/>
                <w:color w:val="17365D"/>
                <w:sz w:val="17"/>
              </w:rPr>
              <w:t>Restraining / non-molestation / bail conditions</w:t>
            </w:r>
          </w:p>
        </w:tc>
        <w:tc>
          <w:tcPr>
            <w:tcW w:w="792" w:type="dxa"/>
            <w:tcMar>
              <w:top w:w="90" w:type="dxa"/>
              <w:left w:w="110" w:type="dxa"/>
              <w:bottom w:w="90" w:type="dxa"/>
              <w:right w:w="110" w:type="dxa"/>
            </w:tcMar>
            <w:vAlign w:val="center"/>
          </w:tcPr>
          <w:p w14:paraId="03BB1DD3"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C73E82B"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459E7C28"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C0DEFC2" w14:textId="77777777" w:rsidR="006F345F" w:rsidRDefault="00000000">
            <w:r>
              <w:rPr>
                <w:color w:val="68737D"/>
                <w:sz w:val="16"/>
              </w:rPr>
              <w:t>Enter details</w:t>
            </w:r>
          </w:p>
        </w:tc>
      </w:tr>
      <w:tr w:rsidR="006F345F" w14:paraId="6C561779" w14:textId="77777777">
        <w:trPr>
          <w:cantSplit/>
          <w:jc w:val="center"/>
        </w:trPr>
        <w:tc>
          <w:tcPr>
            <w:tcW w:w="3600" w:type="dxa"/>
            <w:shd w:val="clear" w:color="auto" w:fill="F3F6F8"/>
            <w:tcMar>
              <w:top w:w="90" w:type="dxa"/>
              <w:left w:w="110" w:type="dxa"/>
              <w:bottom w:w="90" w:type="dxa"/>
              <w:right w:w="110" w:type="dxa"/>
            </w:tcMar>
            <w:vAlign w:val="center"/>
          </w:tcPr>
          <w:p w14:paraId="2606DDFF" w14:textId="77777777" w:rsidR="006F345F" w:rsidRDefault="00000000">
            <w:r>
              <w:rPr>
                <w:b/>
                <w:color w:val="17365D"/>
                <w:sz w:val="17"/>
              </w:rPr>
              <w:t>Risk of absconding / missing episodes</w:t>
            </w:r>
          </w:p>
        </w:tc>
        <w:tc>
          <w:tcPr>
            <w:tcW w:w="792" w:type="dxa"/>
            <w:tcMar>
              <w:top w:w="90" w:type="dxa"/>
              <w:left w:w="110" w:type="dxa"/>
              <w:bottom w:w="90" w:type="dxa"/>
              <w:right w:w="110" w:type="dxa"/>
            </w:tcMar>
            <w:vAlign w:val="center"/>
          </w:tcPr>
          <w:p w14:paraId="707F4817"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5DFD8CFF"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316E92D"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00FC5BB0" w14:textId="77777777" w:rsidR="006F345F" w:rsidRDefault="00000000">
            <w:r>
              <w:rPr>
                <w:color w:val="68737D"/>
                <w:sz w:val="16"/>
              </w:rPr>
              <w:t>Enter details</w:t>
            </w:r>
          </w:p>
        </w:tc>
      </w:tr>
      <w:tr w:rsidR="006F345F" w14:paraId="60307CDF" w14:textId="77777777">
        <w:trPr>
          <w:cantSplit/>
          <w:jc w:val="center"/>
        </w:trPr>
        <w:tc>
          <w:tcPr>
            <w:tcW w:w="3600" w:type="dxa"/>
            <w:shd w:val="clear" w:color="auto" w:fill="F3F6F8"/>
            <w:tcMar>
              <w:top w:w="90" w:type="dxa"/>
              <w:left w:w="110" w:type="dxa"/>
              <w:bottom w:w="90" w:type="dxa"/>
              <w:right w:w="110" w:type="dxa"/>
            </w:tcMar>
            <w:vAlign w:val="center"/>
          </w:tcPr>
          <w:p w14:paraId="3DCF6110" w14:textId="77777777" w:rsidR="006F345F" w:rsidRDefault="00000000">
            <w:r>
              <w:rPr>
                <w:b/>
                <w:color w:val="17365D"/>
                <w:sz w:val="17"/>
              </w:rPr>
              <w:t>Property damage / tenancy-related risk</w:t>
            </w:r>
          </w:p>
        </w:tc>
        <w:tc>
          <w:tcPr>
            <w:tcW w:w="792" w:type="dxa"/>
            <w:tcMar>
              <w:top w:w="90" w:type="dxa"/>
              <w:left w:w="110" w:type="dxa"/>
              <w:bottom w:w="90" w:type="dxa"/>
              <w:right w:w="110" w:type="dxa"/>
            </w:tcMar>
            <w:vAlign w:val="center"/>
          </w:tcPr>
          <w:p w14:paraId="57CB7B9A"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3451A627"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3B5FEC87"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A01C005" w14:textId="77777777" w:rsidR="006F345F" w:rsidRDefault="00000000">
            <w:r>
              <w:rPr>
                <w:color w:val="68737D"/>
                <w:sz w:val="16"/>
              </w:rPr>
              <w:t>Enter details</w:t>
            </w:r>
          </w:p>
        </w:tc>
      </w:tr>
    </w:tbl>
    <w:p w14:paraId="3F3356EC"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102B8049" w14:textId="77777777">
        <w:trPr>
          <w:cantSplit/>
          <w:jc w:val="center"/>
        </w:trPr>
        <w:tc>
          <w:tcPr>
            <w:tcW w:w="3240" w:type="dxa"/>
            <w:shd w:val="clear" w:color="auto" w:fill="F3F6F8"/>
            <w:tcMar>
              <w:top w:w="90" w:type="dxa"/>
              <w:left w:w="110" w:type="dxa"/>
              <w:bottom w:w="90" w:type="dxa"/>
              <w:right w:w="110" w:type="dxa"/>
            </w:tcMar>
            <w:vAlign w:val="center"/>
          </w:tcPr>
          <w:p w14:paraId="2F9A6265" w14:textId="77777777" w:rsidR="006F345F" w:rsidRDefault="00000000">
            <w:r>
              <w:rPr>
                <w:b/>
                <w:color w:val="17365D"/>
                <w:sz w:val="18"/>
              </w:rPr>
              <w:t>Known triggers / warning signs</w:t>
            </w:r>
          </w:p>
        </w:tc>
        <w:tc>
          <w:tcPr>
            <w:tcW w:w="7200" w:type="dxa"/>
            <w:tcMar>
              <w:top w:w="90" w:type="dxa"/>
              <w:left w:w="110" w:type="dxa"/>
              <w:bottom w:w="90" w:type="dxa"/>
              <w:right w:w="110" w:type="dxa"/>
            </w:tcMar>
            <w:vAlign w:val="center"/>
          </w:tcPr>
          <w:p w14:paraId="50BD7B2E" w14:textId="77777777" w:rsidR="006F345F" w:rsidRDefault="00000000">
            <w:r>
              <w:rPr>
                <w:color w:val="5F6B75"/>
                <w:sz w:val="18"/>
              </w:rPr>
              <w:t>Include behaviour changes, situations, people or environments associated with increased risk.</w:t>
            </w:r>
            <w:r>
              <w:br/>
            </w:r>
            <w:r>
              <w:br/>
            </w:r>
          </w:p>
        </w:tc>
      </w:tr>
      <w:tr w:rsidR="006F345F" w14:paraId="3459DA1F" w14:textId="77777777">
        <w:trPr>
          <w:cantSplit/>
          <w:jc w:val="center"/>
        </w:trPr>
        <w:tc>
          <w:tcPr>
            <w:tcW w:w="3240" w:type="dxa"/>
            <w:shd w:val="clear" w:color="auto" w:fill="F3F6F8"/>
            <w:tcMar>
              <w:top w:w="90" w:type="dxa"/>
              <w:left w:w="110" w:type="dxa"/>
              <w:bottom w:w="90" w:type="dxa"/>
              <w:right w:w="110" w:type="dxa"/>
            </w:tcMar>
            <w:vAlign w:val="center"/>
          </w:tcPr>
          <w:p w14:paraId="6FE52B8F" w14:textId="77777777" w:rsidR="006F345F" w:rsidRDefault="00000000">
            <w:r>
              <w:rPr>
                <w:b/>
                <w:color w:val="17365D"/>
                <w:sz w:val="18"/>
              </w:rPr>
              <w:t>Protective factors / de-escalation</w:t>
            </w:r>
          </w:p>
        </w:tc>
        <w:tc>
          <w:tcPr>
            <w:tcW w:w="7200" w:type="dxa"/>
            <w:tcMar>
              <w:top w:w="90" w:type="dxa"/>
              <w:left w:w="110" w:type="dxa"/>
              <w:bottom w:w="90" w:type="dxa"/>
              <w:right w:w="110" w:type="dxa"/>
            </w:tcMar>
            <w:vAlign w:val="center"/>
          </w:tcPr>
          <w:p w14:paraId="45C5123F" w14:textId="77777777" w:rsidR="006F345F" w:rsidRDefault="00000000">
            <w:r>
              <w:rPr>
                <w:color w:val="5F6B75"/>
                <w:sz w:val="18"/>
              </w:rPr>
              <w:t>What helps reduce risk? Include coping strategies, engagement approaches and protective relationships.</w:t>
            </w:r>
            <w:r>
              <w:br/>
            </w:r>
            <w:r>
              <w:br/>
            </w:r>
          </w:p>
        </w:tc>
      </w:tr>
      <w:tr w:rsidR="006F345F" w14:paraId="04E441E9" w14:textId="77777777">
        <w:trPr>
          <w:cantSplit/>
          <w:jc w:val="center"/>
        </w:trPr>
        <w:tc>
          <w:tcPr>
            <w:tcW w:w="3240" w:type="dxa"/>
            <w:shd w:val="clear" w:color="auto" w:fill="F3F6F8"/>
            <w:tcMar>
              <w:top w:w="90" w:type="dxa"/>
              <w:left w:w="110" w:type="dxa"/>
              <w:bottom w:w="90" w:type="dxa"/>
              <w:right w:w="110" w:type="dxa"/>
            </w:tcMar>
            <w:vAlign w:val="center"/>
          </w:tcPr>
          <w:p w14:paraId="7611ABED" w14:textId="77777777" w:rsidR="006F345F" w:rsidRDefault="00000000">
            <w:r>
              <w:rPr>
                <w:b/>
                <w:color w:val="17365D"/>
                <w:sz w:val="18"/>
              </w:rPr>
              <w:t>Current risk management measures</w:t>
            </w:r>
          </w:p>
        </w:tc>
        <w:tc>
          <w:tcPr>
            <w:tcW w:w="7200" w:type="dxa"/>
            <w:tcMar>
              <w:top w:w="90" w:type="dxa"/>
              <w:left w:w="110" w:type="dxa"/>
              <w:bottom w:w="90" w:type="dxa"/>
              <w:right w:w="110" w:type="dxa"/>
            </w:tcMar>
            <w:vAlign w:val="center"/>
          </w:tcPr>
          <w:p w14:paraId="1EFDAD0B" w14:textId="77777777" w:rsidR="006F345F" w:rsidRDefault="00000000">
            <w:r>
              <w:rPr>
                <w:color w:val="5F6B75"/>
                <w:sz w:val="18"/>
              </w:rPr>
              <w:t>Safety plans, restrictions, professional oversight, medication, contact arrangements or other controls.</w:t>
            </w:r>
            <w:r>
              <w:br/>
            </w:r>
            <w:r>
              <w:br/>
            </w:r>
          </w:p>
        </w:tc>
      </w:tr>
    </w:tbl>
    <w:p w14:paraId="43C142FD" w14:textId="77777777" w:rsidR="006F345F" w:rsidRDefault="006F345F">
      <w:pPr>
        <w:spacing w:after="40"/>
      </w:pPr>
    </w:p>
    <w:p w14:paraId="6833B85A" w14:textId="77777777" w:rsidR="006F345F" w:rsidRDefault="00000000">
      <w:pPr>
        <w:pStyle w:val="SectionHeader"/>
        <w:shd w:val="clear" w:color="auto" w:fill="17365D"/>
        <w:spacing w:before="120" w:after="100"/>
        <w:ind w:left="120" w:right="120"/>
      </w:pPr>
      <w:r>
        <w:rPr>
          <w:sz w:val="23"/>
        </w:rPr>
        <w:t>8. PLACEMENT CONSIDERATIONS &amp; RESTRICTIONS</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600"/>
        <w:gridCol w:w="792"/>
        <w:gridCol w:w="792"/>
        <w:gridCol w:w="1008"/>
        <w:gridCol w:w="4320"/>
      </w:tblGrid>
      <w:tr w:rsidR="006F345F" w14:paraId="59F684E0" w14:textId="77777777">
        <w:trPr>
          <w:cantSplit/>
          <w:tblHeader/>
          <w:jc w:val="center"/>
        </w:trPr>
        <w:tc>
          <w:tcPr>
            <w:tcW w:w="3600" w:type="dxa"/>
            <w:shd w:val="clear" w:color="auto" w:fill="17365D"/>
            <w:tcMar>
              <w:top w:w="90" w:type="dxa"/>
              <w:left w:w="110" w:type="dxa"/>
              <w:bottom w:w="90" w:type="dxa"/>
              <w:right w:w="110" w:type="dxa"/>
            </w:tcMar>
            <w:vAlign w:val="center"/>
          </w:tcPr>
          <w:p w14:paraId="233449BC" w14:textId="77777777" w:rsidR="006F345F" w:rsidRDefault="00000000">
            <w:r>
              <w:rPr>
                <w:b/>
                <w:color w:val="FFFFFF"/>
                <w:sz w:val="16"/>
              </w:rPr>
              <w:t>Area</w:t>
            </w:r>
          </w:p>
        </w:tc>
        <w:tc>
          <w:tcPr>
            <w:tcW w:w="792" w:type="dxa"/>
            <w:shd w:val="clear" w:color="auto" w:fill="17365D"/>
            <w:tcMar>
              <w:top w:w="90" w:type="dxa"/>
              <w:left w:w="110" w:type="dxa"/>
              <w:bottom w:w="90" w:type="dxa"/>
              <w:right w:w="110" w:type="dxa"/>
            </w:tcMar>
            <w:vAlign w:val="center"/>
          </w:tcPr>
          <w:p w14:paraId="27FD807F" w14:textId="77777777" w:rsidR="006F345F" w:rsidRDefault="00000000">
            <w:pPr>
              <w:jc w:val="center"/>
            </w:pPr>
            <w:r>
              <w:rPr>
                <w:b/>
                <w:color w:val="FFFFFF"/>
                <w:sz w:val="16"/>
              </w:rPr>
              <w:t>Yes</w:t>
            </w:r>
          </w:p>
        </w:tc>
        <w:tc>
          <w:tcPr>
            <w:tcW w:w="792" w:type="dxa"/>
            <w:shd w:val="clear" w:color="auto" w:fill="17365D"/>
            <w:tcMar>
              <w:top w:w="90" w:type="dxa"/>
              <w:left w:w="110" w:type="dxa"/>
              <w:bottom w:w="90" w:type="dxa"/>
              <w:right w:w="110" w:type="dxa"/>
            </w:tcMar>
            <w:vAlign w:val="center"/>
          </w:tcPr>
          <w:p w14:paraId="433761C0" w14:textId="77777777" w:rsidR="006F345F" w:rsidRDefault="00000000">
            <w:pPr>
              <w:jc w:val="center"/>
            </w:pPr>
            <w:r>
              <w:rPr>
                <w:b/>
                <w:color w:val="FFFFFF"/>
                <w:sz w:val="16"/>
              </w:rPr>
              <w:t>No</w:t>
            </w:r>
          </w:p>
        </w:tc>
        <w:tc>
          <w:tcPr>
            <w:tcW w:w="1008" w:type="dxa"/>
            <w:shd w:val="clear" w:color="auto" w:fill="17365D"/>
            <w:tcMar>
              <w:top w:w="90" w:type="dxa"/>
              <w:left w:w="110" w:type="dxa"/>
              <w:bottom w:w="90" w:type="dxa"/>
              <w:right w:w="110" w:type="dxa"/>
            </w:tcMar>
            <w:vAlign w:val="center"/>
          </w:tcPr>
          <w:p w14:paraId="3EADE5E1" w14:textId="77777777" w:rsidR="006F345F" w:rsidRDefault="00000000">
            <w:pPr>
              <w:jc w:val="center"/>
            </w:pPr>
            <w:r>
              <w:rPr>
                <w:b/>
                <w:color w:val="FFFFFF"/>
                <w:sz w:val="16"/>
              </w:rPr>
              <w:t>Unknown</w:t>
            </w:r>
          </w:p>
        </w:tc>
        <w:tc>
          <w:tcPr>
            <w:tcW w:w="4320" w:type="dxa"/>
            <w:shd w:val="clear" w:color="auto" w:fill="17365D"/>
            <w:tcMar>
              <w:top w:w="90" w:type="dxa"/>
              <w:left w:w="110" w:type="dxa"/>
              <w:bottom w:w="90" w:type="dxa"/>
              <w:right w:w="110" w:type="dxa"/>
            </w:tcMar>
            <w:vAlign w:val="center"/>
          </w:tcPr>
          <w:p w14:paraId="3058CE7E" w14:textId="77777777" w:rsidR="006F345F" w:rsidRDefault="00000000">
            <w:r>
              <w:rPr>
                <w:b/>
                <w:color w:val="FFFFFF"/>
                <w:sz w:val="16"/>
              </w:rPr>
              <w:t>Details / placement implications</w:t>
            </w:r>
          </w:p>
        </w:tc>
      </w:tr>
      <w:tr w:rsidR="006F345F" w14:paraId="2E8D0A1A" w14:textId="77777777">
        <w:trPr>
          <w:cantSplit/>
          <w:jc w:val="center"/>
        </w:trPr>
        <w:tc>
          <w:tcPr>
            <w:tcW w:w="3600" w:type="dxa"/>
            <w:shd w:val="clear" w:color="auto" w:fill="F3F6F8"/>
            <w:tcMar>
              <w:top w:w="90" w:type="dxa"/>
              <w:left w:w="110" w:type="dxa"/>
              <w:bottom w:w="90" w:type="dxa"/>
              <w:right w:w="110" w:type="dxa"/>
            </w:tcMar>
            <w:vAlign w:val="center"/>
          </w:tcPr>
          <w:p w14:paraId="61545BB1" w14:textId="77777777" w:rsidR="006F345F" w:rsidRDefault="00000000">
            <w:r>
              <w:rPr>
                <w:b/>
                <w:color w:val="17365D"/>
                <w:sz w:val="17"/>
              </w:rPr>
              <w:t>Known conflicts with other individuals</w:t>
            </w:r>
          </w:p>
        </w:tc>
        <w:tc>
          <w:tcPr>
            <w:tcW w:w="792" w:type="dxa"/>
            <w:tcMar>
              <w:top w:w="90" w:type="dxa"/>
              <w:left w:w="110" w:type="dxa"/>
              <w:bottom w:w="90" w:type="dxa"/>
              <w:right w:w="110" w:type="dxa"/>
            </w:tcMar>
            <w:vAlign w:val="center"/>
          </w:tcPr>
          <w:p w14:paraId="7C4E78BA"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97A7932"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1A88564C"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7B6360FF" w14:textId="77777777" w:rsidR="006F345F" w:rsidRDefault="00000000">
            <w:r>
              <w:rPr>
                <w:color w:val="68737D"/>
                <w:sz w:val="16"/>
              </w:rPr>
              <w:t>Enter details</w:t>
            </w:r>
          </w:p>
        </w:tc>
      </w:tr>
      <w:tr w:rsidR="006F345F" w14:paraId="187A9BF8" w14:textId="77777777">
        <w:trPr>
          <w:cantSplit/>
          <w:jc w:val="center"/>
        </w:trPr>
        <w:tc>
          <w:tcPr>
            <w:tcW w:w="3600" w:type="dxa"/>
            <w:shd w:val="clear" w:color="auto" w:fill="F3F6F8"/>
            <w:tcMar>
              <w:top w:w="90" w:type="dxa"/>
              <w:left w:w="110" w:type="dxa"/>
              <w:bottom w:w="90" w:type="dxa"/>
              <w:right w:w="110" w:type="dxa"/>
            </w:tcMar>
            <w:vAlign w:val="center"/>
          </w:tcPr>
          <w:p w14:paraId="73C95DD6" w14:textId="77777777" w:rsidR="006F345F" w:rsidRDefault="00000000">
            <w:r>
              <w:rPr>
                <w:b/>
                <w:color w:val="17365D"/>
                <w:sz w:val="17"/>
              </w:rPr>
              <w:t>Areas / addresses that must be avoided</w:t>
            </w:r>
          </w:p>
        </w:tc>
        <w:tc>
          <w:tcPr>
            <w:tcW w:w="792" w:type="dxa"/>
            <w:tcMar>
              <w:top w:w="90" w:type="dxa"/>
              <w:left w:w="110" w:type="dxa"/>
              <w:bottom w:w="90" w:type="dxa"/>
              <w:right w:w="110" w:type="dxa"/>
            </w:tcMar>
            <w:vAlign w:val="center"/>
          </w:tcPr>
          <w:p w14:paraId="0F21C525"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1D94CD39"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7091C0B2"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229A6753" w14:textId="77777777" w:rsidR="006F345F" w:rsidRDefault="00000000">
            <w:r>
              <w:rPr>
                <w:color w:val="68737D"/>
                <w:sz w:val="16"/>
              </w:rPr>
              <w:t>Enter details</w:t>
            </w:r>
          </w:p>
        </w:tc>
      </w:tr>
      <w:tr w:rsidR="006F345F" w14:paraId="1DC34156" w14:textId="77777777">
        <w:trPr>
          <w:cantSplit/>
          <w:jc w:val="center"/>
        </w:trPr>
        <w:tc>
          <w:tcPr>
            <w:tcW w:w="3600" w:type="dxa"/>
            <w:shd w:val="clear" w:color="auto" w:fill="F3F6F8"/>
            <w:tcMar>
              <w:top w:w="90" w:type="dxa"/>
              <w:left w:w="110" w:type="dxa"/>
              <w:bottom w:w="90" w:type="dxa"/>
              <w:right w:w="110" w:type="dxa"/>
            </w:tcMar>
            <w:vAlign w:val="center"/>
          </w:tcPr>
          <w:p w14:paraId="32BE3124" w14:textId="77777777" w:rsidR="006F345F" w:rsidRDefault="00000000">
            <w:r>
              <w:rPr>
                <w:b/>
                <w:color w:val="17365D"/>
                <w:sz w:val="17"/>
              </w:rPr>
              <w:t>Pets / assistance animals</w:t>
            </w:r>
          </w:p>
        </w:tc>
        <w:tc>
          <w:tcPr>
            <w:tcW w:w="792" w:type="dxa"/>
            <w:tcMar>
              <w:top w:w="90" w:type="dxa"/>
              <w:left w:w="110" w:type="dxa"/>
              <w:bottom w:w="90" w:type="dxa"/>
              <w:right w:w="110" w:type="dxa"/>
            </w:tcMar>
            <w:vAlign w:val="center"/>
          </w:tcPr>
          <w:p w14:paraId="457006D2"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5C290D6"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443B46D2"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3118C17A" w14:textId="77777777" w:rsidR="006F345F" w:rsidRDefault="00000000">
            <w:r>
              <w:rPr>
                <w:color w:val="68737D"/>
                <w:sz w:val="16"/>
              </w:rPr>
              <w:t>Enter details</w:t>
            </w:r>
          </w:p>
        </w:tc>
      </w:tr>
      <w:tr w:rsidR="006F345F" w14:paraId="24DC47BB" w14:textId="77777777">
        <w:trPr>
          <w:cantSplit/>
          <w:jc w:val="center"/>
        </w:trPr>
        <w:tc>
          <w:tcPr>
            <w:tcW w:w="3600" w:type="dxa"/>
            <w:shd w:val="clear" w:color="auto" w:fill="F3F6F8"/>
            <w:tcMar>
              <w:top w:w="90" w:type="dxa"/>
              <w:left w:w="110" w:type="dxa"/>
              <w:bottom w:w="90" w:type="dxa"/>
              <w:right w:w="110" w:type="dxa"/>
            </w:tcMar>
            <w:vAlign w:val="center"/>
          </w:tcPr>
          <w:p w14:paraId="66AE35D0" w14:textId="77777777" w:rsidR="006F345F" w:rsidRDefault="00000000">
            <w:r>
              <w:rPr>
                <w:b/>
                <w:color w:val="17365D"/>
                <w:sz w:val="17"/>
              </w:rPr>
              <w:lastRenderedPageBreak/>
              <w:t>Smoking / vaping</w:t>
            </w:r>
          </w:p>
        </w:tc>
        <w:tc>
          <w:tcPr>
            <w:tcW w:w="792" w:type="dxa"/>
            <w:tcMar>
              <w:top w:w="90" w:type="dxa"/>
              <w:left w:w="110" w:type="dxa"/>
              <w:bottom w:w="90" w:type="dxa"/>
              <w:right w:w="110" w:type="dxa"/>
            </w:tcMar>
            <w:vAlign w:val="center"/>
          </w:tcPr>
          <w:p w14:paraId="445367E5"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4EC59548"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0CFCC3E0"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57F31E3F" w14:textId="77777777" w:rsidR="006F345F" w:rsidRDefault="00000000">
            <w:r>
              <w:rPr>
                <w:color w:val="68737D"/>
                <w:sz w:val="16"/>
              </w:rPr>
              <w:t>Enter details</w:t>
            </w:r>
          </w:p>
        </w:tc>
      </w:tr>
      <w:tr w:rsidR="006F345F" w14:paraId="4F6F59D4" w14:textId="77777777">
        <w:trPr>
          <w:cantSplit/>
          <w:jc w:val="center"/>
        </w:trPr>
        <w:tc>
          <w:tcPr>
            <w:tcW w:w="3600" w:type="dxa"/>
            <w:shd w:val="clear" w:color="auto" w:fill="F3F6F8"/>
            <w:tcMar>
              <w:top w:w="90" w:type="dxa"/>
              <w:left w:w="110" w:type="dxa"/>
              <w:bottom w:w="90" w:type="dxa"/>
              <w:right w:w="110" w:type="dxa"/>
            </w:tcMar>
            <w:vAlign w:val="center"/>
          </w:tcPr>
          <w:p w14:paraId="31B8998A" w14:textId="77777777" w:rsidR="006F345F" w:rsidRDefault="00000000">
            <w:r>
              <w:rPr>
                <w:b/>
                <w:color w:val="17365D"/>
                <w:sz w:val="17"/>
              </w:rPr>
              <w:t>Overnight visitors restrictions</w:t>
            </w:r>
          </w:p>
        </w:tc>
        <w:tc>
          <w:tcPr>
            <w:tcW w:w="792" w:type="dxa"/>
            <w:tcMar>
              <w:top w:w="90" w:type="dxa"/>
              <w:left w:w="110" w:type="dxa"/>
              <w:bottom w:w="90" w:type="dxa"/>
              <w:right w:w="110" w:type="dxa"/>
            </w:tcMar>
            <w:vAlign w:val="center"/>
          </w:tcPr>
          <w:p w14:paraId="11E71D5A"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6A5DAD7B"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26D532D5"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5C0BE57A" w14:textId="77777777" w:rsidR="006F345F" w:rsidRDefault="00000000">
            <w:r>
              <w:rPr>
                <w:color w:val="68737D"/>
                <w:sz w:val="16"/>
              </w:rPr>
              <w:t>Enter details</w:t>
            </w:r>
          </w:p>
        </w:tc>
      </w:tr>
      <w:tr w:rsidR="006F345F" w14:paraId="1265A525" w14:textId="77777777">
        <w:trPr>
          <w:cantSplit/>
          <w:jc w:val="center"/>
        </w:trPr>
        <w:tc>
          <w:tcPr>
            <w:tcW w:w="3600" w:type="dxa"/>
            <w:shd w:val="clear" w:color="auto" w:fill="F3F6F8"/>
            <w:tcMar>
              <w:top w:w="90" w:type="dxa"/>
              <w:left w:w="110" w:type="dxa"/>
              <w:bottom w:w="90" w:type="dxa"/>
              <w:right w:w="110" w:type="dxa"/>
            </w:tcMar>
            <w:vAlign w:val="center"/>
          </w:tcPr>
          <w:p w14:paraId="7DD5F20E" w14:textId="77777777" w:rsidR="006F345F" w:rsidRDefault="00000000">
            <w:r>
              <w:rPr>
                <w:b/>
                <w:color w:val="17365D"/>
                <w:sz w:val="17"/>
              </w:rPr>
              <w:t>Court / licence / safeguarding restrictions</w:t>
            </w:r>
          </w:p>
        </w:tc>
        <w:tc>
          <w:tcPr>
            <w:tcW w:w="792" w:type="dxa"/>
            <w:tcMar>
              <w:top w:w="90" w:type="dxa"/>
              <w:left w:w="110" w:type="dxa"/>
              <w:bottom w:w="90" w:type="dxa"/>
              <w:right w:w="110" w:type="dxa"/>
            </w:tcMar>
            <w:vAlign w:val="center"/>
          </w:tcPr>
          <w:p w14:paraId="13B3ED56"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78A4C598"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643D51C0"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1F762492" w14:textId="77777777" w:rsidR="006F345F" w:rsidRDefault="00000000">
            <w:r>
              <w:rPr>
                <w:color w:val="68737D"/>
                <w:sz w:val="16"/>
              </w:rPr>
              <w:t>Enter details</w:t>
            </w:r>
          </w:p>
        </w:tc>
      </w:tr>
      <w:tr w:rsidR="006F345F" w14:paraId="2A99F630" w14:textId="77777777">
        <w:trPr>
          <w:cantSplit/>
          <w:jc w:val="center"/>
        </w:trPr>
        <w:tc>
          <w:tcPr>
            <w:tcW w:w="3600" w:type="dxa"/>
            <w:shd w:val="clear" w:color="auto" w:fill="F3F6F8"/>
            <w:tcMar>
              <w:top w:w="90" w:type="dxa"/>
              <w:left w:w="110" w:type="dxa"/>
              <w:bottom w:w="90" w:type="dxa"/>
              <w:right w:w="110" w:type="dxa"/>
            </w:tcMar>
            <w:vAlign w:val="center"/>
          </w:tcPr>
          <w:p w14:paraId="607D4771" w14:textId="77777777" w:rsidR="006F345F" w:rsidRDefault="00000000">
            <w:r>
              <w:rPr>
                <w:b/>
                <w:color w:val="17365D"/>
                <w:sz w:val="17"/>
              </w:rPr>
              <w:t>Need for same-gender accommodation or other placement preference</w:t>
            </w:r>
          </w:p>
        </w:tc>
        <w:tc>
          <w:tcPr>
            <w:tcW w:w="792" w:type="dxa"/>
            <w:tcMar>
              <w:top w:w="90" w:type="dxa"/>
              <w:left w:w="110" w:type="dxa"/>
              <w:bottom w:w="90" w:type="dxa"/>
              <w:right w:w="110" w:type="dxa"/>
            </w:tcMar>
            <w:vAlign w:val="center"/>
          </w:tcPr>
          <w:p w14:paraId="412AB36F" w14:textId="77777777" w:rsidR="006F345F" w:rsidRDefault="00000000">
            <w:pPr>
              <w:jc w:val="center"/>
            </w:pPr>
            <w:r>
              <w:rPr>
                <w:sz w:val="22"/>
              </w:rPr>
              <w:t>☐</w:t>
            </w:r>
          </w:p>
        </w:tc>
        <w:tc>
          <w:tcPr>
            <w:tcW w:w="792" w:type="dxa"/>
            <w:tcMar>
              <w:top w:w="90" w:type="dxa"/>
              <w:left w:w="110" w:type="dxa"/>
              <w:bottom w:w="90" w:type="dxa"/>
              <w:right w:w="110" w:type="dxa"/>
            </w:tcMar>
            <w:vAlign w:val="center"/>
          </w:tcPr>
          <w:p w14:paraId="1E328D0E" w14:textId="77777777" w:rsidR="006F345F" w:rsidRDefault="00000000">
            <w:pPr>
              <w:jc w:val="center"/>
            </w:pPr>
            <w:r>
              <w:rPr>
                <w:sz w:val="22"/>
              </w:rPr>
              <w:t>☐</w:t>
            </w:r>
          </w:p>
        </w:tc>
        <w:tc>
          <w:tcPr>
            <w:tcW w:w="1008" w:type="dxa"/>
            <w:tcMar>
              <w:top w:w="90" w:type="dxa"/>
              <w:left w:w="110" w:type="dxa"/>
              <w:bottom w:w="90" w:type="dxa"/>
              <w:right w:w="110" w:type="dxa"/>
            </w:tcMar>
            <w:vAlign w:val="center"/>
          </w:tcPr>
          <w:p w14:paraId="145A22DD" w14:textId="77777777" w:rsidR="006F345F" w:rsidRDefault="00000000">
            <w:pPr>
              <w:jc w:val="center"/>
            </w:pPr>
            <w:r>
              <w:rPr>
                <w:sz w:val="22"/>
              </w:rPr>
              <w:t>☐</w:t>
            </w:r>
          </w:p>
        </w:tc>
        <w:tc>
          <w:tcPr>
            <w:tcW w:w="4320" w:type="dxa"/>
            <w:tcMar>
              <w:top w:w="90" w:type="dxa"/>
              <w:left w:w="110" w:type="dxa"/>
              <w:bottom w:w="90" w:type="dxa"/>
              <w:right w:w="110" w:type="dxa"/>
            </w:tcMar>
            <w:vAlign w:val="center"/>
          </w:tcPr>
          <w:p w14:paraId="60F8246B" w14:textId="77777777" w:rsidR="006F345F" w:rsidRDefault="00000000">
            <w:r>
              <w:rPr>
                <w:color w:val="68737D"/>
                <w:sz w:val="16"/>
              </w:rPr>
              <w:t>Enter details</w:t>
            </w:r>
          </w:p>
        </w:tc>
      </w:tr>
    </w:tbl>
    <w:p w14:paraId="6F8656B1"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6DA9CF71" w14:textId="77777777">
        <w:trPr>
          <w:cantSplit/>
          <w:jc w:val="center"/>
        </w:trPr>
        <w:tc>
          <w:tcPr>
            <w:tcW w:w="3240" w:type="dxa"/>
            <w:shd w:val="clear" w:color="auto" w:fill="F3F6F8"/>
            <w:tcMar>
              <w:top w:w="90" w:type="dxa"/>
              <w:left w:w="110" w:type="dxa"/>
              <w:bottom w:w="90" w:type="dxa"/>
              <w:right w:w="110" w:type="dxa"/>
            </w:tcMar>
            <w:vAlign w:val="center"/>
          </w:tcPr>
          <w:p w14:paraId="0FB8BA8A" w14:textId="77777777" w:rsidR="006F345F" w:rsidRDefault="00000000">
            <w:r>
              <w:rPr>
                <w:b/>
                <w:color w:val="17365D"/>
                <w:sz w:val="18"/>
              </w:rPr>
              <w:t>Other exclusions or placement considerations</w:t>
            </w:r>
          </w:p>
        </w:tc>
        <w:tc>
          <w:tcPr>
            <w:tcW w:w="7200" w:type="dxa"/>
            <w:tcMar>
              <w:top w:w="90" w:type="dxa"/>
              <w:left w:w="110" w:type="dxa"/>
              <w:bottom w:w="90" w:type="dxa"/>
              <w:right w:w="110" w:type="dxa"/>
            </w:tcMar>
            <w:vAlign w:val="center"/>
          </w:tcPr>
          <w:p w14:paraId="3CD90BE3" w14:textId="77777777" w:rsidR="006F345F" w:rsidRDefault="00000000">
            <w:r>
              <w:rPr>
                <w:color w:val="5F6B75"/>
                <w:sz w:val="18"/>
              </w:rPr>
              <w:t>Please include any information that may affect matching, compatibility, safety or suitability.</w:t>
            </w:r>
            <w:r>
              <w:br/>
            </w:r>
            <w:r>
              <w:br/>
            </w:r>
          </w:p>
        </w:tc>
      </w:tr>
    </w:tbl>
    <w:p w14:paraId="268802EF" w14:textId="77777777" w:rsidR="006F345F" w:rsidRDefault="006F345F">
      <w:pPr>
        <w:spacing w:after="40"/>
      </w:pPr>
    </w:p>
    <w:p w14:paraId="4AE55F6B" w14:textId="77777777" w:rsidR="006F345F" w:rsidRDefault="00000000">
      <w:r>
        <w:br w:type="page"/>
      </w:r>
    </w:p>
    <w:p w14:paraId="5C8A687B" w14:textId="77777777" w:rsidR="006F345F" w:rsidRDefault="00000000">
      <w:pPr>
        <w:pStyle w:val="SectionHeader"/>
        <w:shd w:val="clear" w:color="auto" w:fill="17365D"/>
        <w:spacing w:before="120" w:after="100"/>
        <w:ind w:left="120" w:right="120"/>
      </w:pPr>
      <w:r>
        <w:rPr>
          <w:sz w:val="23"/>
        </w:rPr>
        <w:lastRenderedPageBreak/>
        <w:t>9. CONSENT, INFORMATION SHARING &amp; DECLARATION</w:t>
      </w:r>
    </w:p>
    <w:tbl>
      <w:tblPr>
        <w:tblW w:w="0" w:type="auto"/>
        <w:jc w:val="center"/>
        <w:tblBorders>
          <w:top w:val="single" w:sz="8" w:space="0" w:color="1B7F8C"/>
          <w:left w:val="single" w:sz="8" w:space="0" w:color="1B7F8C"/>
          <w:bottom w:val="single" w:sz="8" w:space="0" w:color="1B7F8C"/>
          <w:right w:val="single" w:sz="8" w:space="0" w:color="1B7F8C"/>
          <w:insideH w:val="single" w:sz="8" w:space="0" w:color="1B7F8C"/>
          <w:insideV w:val="single" w:sz="8" w:space="0" w:color="1B7F8C"/>
        </w:tblBorders>
        <w:tblLayout w:type="fixed"/>
        <w:tblLook w:val="04A0" w:firstRow="1" w:lastRow="0" w:firstColumn="1" w:lastColumn="0" w:noHBand="0" w:noVBand="1"/>
      </w:tblPr>
      <w:tblGrid>
        <w:gridCol w:w="10512"/>
      </w:tblGrid>
      <w:tr w:rsidR="006F345F" w14:paraId="0C8D14BB" w14:textId="77777777">
        <w:trPr>
          <w:cantSplit/>
          <w:jc w:val="center"/>
        </w:trPr>
        <w:tc>
          <w:tcPr>
            <w:tcW w:w="10512" w:type="dxa"/>
            <w:shd w:val="clear" w:color="auto" w:fill="EAF4F5"/>
            <w:tcMar>
              <w:top w:w="90" w:type="dxa"/>
              <w:left w:w="110" w:type="dxa"/>
              <w:bottom w:w="90" w:type="dxa"/>
              <w:right w:w="110" w:type="dxa"/>
            </w:tcMar>
            <w:vAlign w:val="center"/>
          </w:tcPr>
          <w:p w14:paraId="44D72401" w14:textId="77777777" w:rsidR="006F345F" w:rsidRDefault="00000000">
            <w:r>
              <w:rPr>
                <w:sz w:val="17"/>
              </w:rPr>
              <w:t>The referrer should ensure there is a lawful basis to share the information in this referral. Where consent is the basis, please confirm it has been obtained. If consent has not been obtained, explain the lawful reason for sharing below.</w:t>
            </w:r>
          </w:p>
        </w:tc>
      </w:tr>
    </w:tbl>
    <w:p w14:paraId="1B60FFA9" w14:textId="77777777" w:rsidR="006F345F" w:rsidRDefault="006F345F">
      <w:pPr>
        <w:spacing w:after="2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7344"/>
        <w:gridCol w:w="3096"/>
      </w:tblGrid>
      <w:tr w:rsidR="006F345F" w14:paraId="51889CCF" w14:textId="77777777">
        <w:trPr>
          <w:cantSplit/>
          <w:jc w:val="center"/>
        </w:trPr>
        <w:tc>
          <w:tcPr>
            <w:tcW w:w="7344" w:type="dxa"/>
            <w:shd w:val="clear" w:color="auto" w:fill="F3F6F8"/>
            <w:tcMar>
              <w:top w:w="90" w:type="dxa"/>
              <w:left w:w="110" w:type="dxa"/>
              <w:bottom w:w="90" w:type="dxa"/>
              <w:right w:w="110" w:type="dxa"/>
            </w:tcMar>
            <w:vAlign w:val="center"/>
          </w:tcPr>
          <w:p w14:paraId="733CB2EF" w14:textId="77777777" w:rsidR="006F345F" w:rsidRDefault="00000000">
            <w:r>
              <w:rPr>
                <w:b/>
                <w:color w:val="17365D"/>
                <w:sz w:val="17"/>
              </w:rPr>
              <w:t>Applicant is aware this referral is being made</w:t>
            </w:r>
          </w:p>
        </w:tc>
        <w:tc>
          <w:tcPr>
            <w:tcW w:w="3096" w:type="dxa"/>
            <w:tcMar>
              <w:top w:w="90" w:type="dxa"/>
              <w:left w:w="110" w:type="dxa"/>
              <w:bottom w:w="90" w:type="dxa"/>
              <w:right w:w="110" w:type="dxa"/>
            </w:tcMar>
            <w:vAlign w:val="center"/>
          </w:tcPr>
          <w:p w14:paraId="7AA97208" w14:textId="77777777" w:rsidR="006F345F" w:rsidRDefault="00000000">
            <w:r>
              <w:rPr>
                <w:sz w:val="17"/>
              </w:rPr>
              <w:t>☐ Yes   ☐ No</w:t>
            </w:r>
          </w:p>
        </w:tc>
      </w:tr>
      <w:tr w:rsidR="006F345F" w14:paraId="57BF563A" w14:textId="77777777">
        <w:trPr>
          <w:cantSplit/>
          <w:jc w:val="center"/>
        </w:trPr>
        <w:tc>
          <w:tcPr>
            <w:tcW w:w="7344" w:type="dxa"/>
            <w:shd w:val="clear" w:color="auto" w:fill="F3F6F8"/>
            <w:tcMar>
              <w:top w:w="90" w:type="dxa"/>
              <w:left w:w="110" w:type="dxa"/>
              <w:bottom w:w="90" w:type="dxa"/>
              <w:right w:w="110" w:type="dxa"/>
            </w:tcMar>
            <w:vAlign w:val="center"/>
          </w:tcPr>
          <w:p w14:paraId="00F48D71" w14:textId="77777777" w:rsidR="006F345F" w:rsidRDefault="00000000">
            <w:r>
              <w:rPr>
                <w:b/>
                <w:color w:val="17365D"/>
                <w:sz w:val="17"/>
              </w:rPr>
              <w:t>Applicant consents to Bridge Housing UK contacting relevant professionals for assessment/placement purposes</w:t>
            </w:r>
          </w:p>
        </w:tc>
        <w:tc>
          <w:tcPr>
            <w:tcW w:w="3096" w:type="dxa"/>
            <w:tcMar>
              <w:top w:w="90" w:type="dxa"/>
              <w:left w:w="110" w:type="dxa"/>
              <w:bottom w:w="90" w:type="dxa"/>
              <w:right w:w="110" w:type="dxa"/>
            </w:tcMar>
            <w:vAlign w:val="center"/>
          </w:tcPr>
          <w:p w14:paraId="40E2CC2B" w14:textId="77777777" w:rsidR="006F345F" w:rsidRDefault="00000000">
            <w:r>
              <w:rPr>
                <w:sz w:val="17"/>
              </w:rPr>
              <w:t>☐ Yes   ☐ No   ☐ Not applicable / other lawful basis</w:t>
            </w:r>
          </w:p>
        </w:tc>
      </w:tr>
      <w:tr w:rsidR="006F345F" w14:paraId="5585AB8A" w14:textId="77777777">
        <w:trPr>
          <w:cantSplit/>
          <w:jc w:val="center"/>
        </w:trPr>
        <w:tc>
          <w:tcPr>
            <w:tcW w:w="7344" w:type="dxa"/>
            <w:shd w:val="clear" w:color="auto" w:fill="F3F6F8"/>
            <w:tcMar>
              <w:top w:w="90" w:type="dxa"/>
              <w:left w:w="110" w:type="dxa"/>
              <w:bottom w:w="90" w:type="dxa"/>
              <w:right w:w="110" w:type="dxa"/>
            </w:tcMar>
            <w:vAlign w:val="center"/>
          </w:tcPr>
          <w:p w14:paraId="625BD4BF" w14:textId="77777777" w:rsidR="006F345F" w:rsidRDefault="00000000">
            <w:r>
              <w:rPr>
                <w:b/>
                <w:color w:val="17365D"/>
                <w:sz w:val="17"/>
              </w:rPr>
              <w:t>Applicant consents to relevant information being shared with accommodation/support partners where necessary and lawful</w:t>
            </w:r>
          </w:p>
        </w:tc>
        <w:tc>
          <w:tcPr>
            <w:tcW w:w="3096" w:type="dxa"/>
            <w:tcMar>
              <w:top w:w="90" w:type="dxa"/>
              <w:left w:w="110" w:type="dxa"/>
              <w:bottom w:w="90" w:type="dxa"/>
              <w:right w:w="110" w:type="dxa"/>
            </w:tcMar>
            <w:vAlign w:val="center"/>
          </w:tcPr>
          <w:p w14:paraId="77FD8FE1" w14:textId="77777777" w:rsidR="006F345F" w:rsidRDefault="00000000">
            <w:r>
              <w:rPr>
                <w:sz w:val="17"/>
              </w:rPr>
              <w:t>☐ Yes   ☐ No   ☐ Not applicable / other lawful basis</w:t>
            </w:r>
          </w:p>
        </w:tc>
      </w:tr>
      <w:tr w:rsidR="006F345F" w14:paraId="28A1C5D2" w14:textId="77777777">
        <w:trPr>
          <w:cantSplit/>
          <w:jc w:val="center"/>
        </w:trPr>
        <w:tc>
          <w:tcPr>
            <w:tcW w:w="7344" w:type="dxa"/>
            <w:shd w:val="clear" w:color="auto" w:fill="F3F6F8"/>
            <w:tcMar>
              <w:top w:w="90" w:type="dxa"/>
              <w:left w:w="110" w:type="dxa"/>
              <w:bottom w:w="90" w:type="dxa"/>
              <w:right w:w="110" w:type="dxa"/>
            </w:tcMar>
            <w:vAlign w:val="center"/>
          </w:tcPr>
          <w:p w14:paraId="0412B044" w14:textId="77777777" w:rsidR="006F345F" w:rsidRDefault="00000000">
            <w:r>
              <w:rPr>
                <w:b/>
                <w:color w:val="17365D"/>
                <w:sz w:val="17"/>
              </w:rPr>
              <w:t>If No / other lawful basis, provide details</w:t>
            </w:r>
          </w:p>
        </w:tc>
        <w:tc>
          <w:tcPr>
            <w:tcW w:w="3096" w:type="dxa"/>
            <w:tcMar>
              <w:top w:w="90" w:type="dxa"/>
              <w:left w:w="110" w:type="dxa"/>
              <w:bottom w:w="90" w:type="dxa"/>
              <w:right w:w="110" w:type="dxa"/>
            </w:tcMar>
            <w:vAlign w:val="center"/>
          </w:tcPr>
          <w:p w14:paraId="5C00E017" w14:textId="77777777" w:rsidR="006F345F" w:rsidRDefault="00000000">
            <w:r>
              <w:rPr>
                <w:sz w:val="17"/>
              </w:rPr>
              <w:t>Enter details</w:t>
            </w:r>
          </w:p>
        </w:tc>
      </w:tr>
    </w:tbl>
    <w:p w14:paraId="612EDF9B"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02B9B9B8" w14:textId="77777777">
        <w:trPr>
          <w:cantSplit/>
          <w:jc w:val="center"/>
        </w:trPr>
        <w:tc>
          <w:tcPr>
            <w:tcW w:w="3240" w:type="dxa"/>
            <w:shd w:val="clear" w:color="auto" w:fill="F3F6F8"/>
            <w:tcMar>
              <w:top w:w="90" w:type="dxa"/>
              <w:left w:w="110" w:type="dxa"/>
              <w:bottom w:w="90" w:type="dxa"/>
              <w:right w:w="110" w:type="dxa"/>
            </w:tcMar>
            <w:vAlign w:val="center"/>
          </w:tcPr>
          <w:p w14:paraId="5E4520BD" w14:textId="77777777" w:rsidR="006F345F" w:rsidRDefault="00000000">
            <w:r>
              <w:rPr>
                <w:b/>
                <w:color w:val="17365D"/>
                <w:sz w:val="18"/>
              </w:rPr>
              <w:t>Referrer declaration</w:t>
            </w:r>
          </w:p>
        </w:tc>
        <w:tc>
          <w:tcPr>
            <w:tcW w:w="7200" w:type="dxa"/>
            <w:tcMar>
              <w:top w:w="90" w:type="dxa"/>
              <w:left w:w="110" w:type="dxa"/>
              <w:bottom w:w="90" w:type="dxa"/>
              <w:right w:w="110" w:type="dxa"/>
            </w:tcMar>
            <w:vAlign w:val="center"/>
          </w:tcPr>
          <w:p w14:paraId="1D05CDED" w14:textId="77777777" w:rsidR="006F345F" w:rsidRDefault="00000000">
            <w:r>
              <w:rPr>
                <w:color w:val="5F6B75"/>
                <w:sz w:val="18"/>
              </w:rPr>
              <w:t>I confirm that, to the best of my knowledge, the information provided in this referral is accurate, current and relevant to the assessment of accommodation and support needs.</w:t>
            </w:r>
          </w:p>
        </w:tc>
      </w:tr>
    </w:tbl>
    <w:p w14:paraId="2A16794C"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4C3377B2" w14:textId="77777777">
        <w:trPr>
          <w:cantSplit/>
          <w:jc w:val="center"/>
        </w:trPr>
        <w:tc>
          <w:tcPr>
            <w:tcW w:w="2088" w:type="dxa"/>
            <w:shd w:val="clear" w:color="auto" w:fill="F3F6F8"/>
            <w:tcMar>
              <w:top w:w="90" w:type="dxa"/>
              <w:left w:w="110" w:type="dxa"/>
              <w:bottom w:w="90" w:type="dxa"/>
              <w:right w:w="110" w:type="dxa"/>
            </w:tcMar>
            <w:vAlign w:val="center"/>
          </w:tcPr>
          <w:p w14:paraId="3B382DF5" w14:textId="77777777" w:rsidR="006F345F" w:rsidRDefault="00000000">
            <w:r>
              <w:rPr>
                <w:b/>
                <w:color w:val="17365D"/>
                <w:sz w:val="17"/>
              </w:rPr>
              <w:t>Referrer name</w:t>
            </w:r>
          </w:p>
        </w:tc>
        <w:tc>
          <w:tcPr>
            <w:tcW w:w="3096" w:type="dxa"/>
            <w:tcMar>
              <w:top w:w="90" w:type="dxa"/>
              <w:left w:w="110" w:type="dxa"/>
              <w:bottom w:w="90" w:type="dxa"/>
              <w:right w:w="110" w:type="dxa"/>
            </w:tcMar>
            <w:vAlign w:val="center"/>
          </w:tcPr>
          <w:p w14:paraId="7547D635"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5FF1B706" w14:textId="77777777" w:rsidR="006F345F" w:rsidRDefault="00000000">
            <w:r>
              <w:rPr>
                <w:b/>
                <w:color w:val="17365D"/>
                <w:sz w:val="17"/>
              </w:rPr>
              <w:t>Signature</w:t>
            </w:r>
          </w:p>
        </w:tc>
        <w:tc>
          <w:tcPr>
            <w:tcW w:w="3096" w:type="dxa"/>
            <w:tcMar>
              <w:top w:w="90" w:type="dxa"/>
              <w:left w:w="110" w:type="dxa"/>
              <w:bottom w:w="90" w:type="dxa"/>
              <w:right w:w="110" w:type="dxa"/>
            </w:tcMar>
            <w:vAlign w:val="center"/>
          </w:tcPr>
          <w:p w14:paraId="5707401D" w14:textId="77777777" w:rsidR="006F345F" w:rsidRDefault="00000000">
            <w:r>
              <w:rPr>
                <w:color w:val="5F6B75"/>
                <w:sz w:val="17"/>
              </w:rPr>
              <w:t>Enter details</w:t>
            </w:r>
          </w:p>
        </w:tc>
      </w:tr>
      <w:tr w:rsidR="006F345F" w14:paraId="629AC61B" w14:textId="77777777">
        <w:trPr>
          <w:cantSplit/>
          <w:jc w:val="center"/>
        </w:trPr>
        <w:tc>
          <w:tcPr>
            <w:tcW w:w="2088" w:type="dxa"/>
            <w:shd w:val="clear" w:color="auto" w:fill="F3F6F8"/>
            <w:tcMar>
              <w:top w:w="90" w:type="dxa"/>
              <w:left w:w="110" w:type="dxa"/>
              <w:bottom w:w="90" w:type="dxa"/>
              <w:right w:w="110" w:type="dxa"/>
            </w:tcMar>
            <w:vAlign w:val="center"/>
          </w:tcPr>
          <w:p w14:paraId="6D83B55D" w14:textId="77777777" w:rsidR="006F345F" w:rsidRDefault="00000000">
            <w:r>
              <w:rPr>
                <w:b/>
                <w:color w:val="17365D"/>
                <w:sz w:val="17"/>
              </w:rPr>
              <w:t>Date</w:t>
            </w:r>
          </w:p>
        </w:tc>
        <w:tc>
          <w:tcPr>
            <w:tcW w:w="3096" w:type="dxa"/>
            <w:tcMar>
              <w:top w:w="90" w:type="dxa"/>
              <w:left w:w="110" w:type="dxa"/>
              <w:bottom w:w="90" w:type="dxa"/>
              <w:right w:w="110" w:type="dxa"/>
            </w:tcMar>
            <w:vAlign w:val="center"/>
          </w:tcPr>
          <w:p w14:paraId="70D1987C" w14:textId="77777777" w:rsidR="006F345F" w:rsidRDefault="00000000">
            <w:r>
              <w:rPr>
                <w:color w:val="5F6B75"/>
                <w:sz w:val="17"/>
              </w:rPr>
              <w:t>DD/MM/YYYY</w:t>
            </w:r>
          </w:p>
        </w:tc>
        <w:tc>
          <w:tcPr>
            <w:tcW w:w="2088" w:type="dxa"/>
            <w:shd w:val="clear" w:color="auto" w:fill="F3F6F8"/>
            <w:tcMar>
              <w:top w:w="90" w:type="dxa"/>
              <w:left w:w="110" w:type="dxa"/>
              <w:bottom w:w="90" w:type="dxa"/>
              <w:right w:w="110" w:type="dxa"/>
            </w:tcMar>
            <w:vAlign w:val="center"/>
          </w:tcPr>
          <w:p w14:paraId="33D3B5DF" w14:textId="77777777" w:rsidR="006F345F" w:rsidRDefault="00000000">
            <w:r>
              <w:rPr>
                <w:b/>
                <w:color w:val="17365D"/>
                <w:sz w:val="17"/>
              </w:rPr>
              <w:t>Applicant signature (if used)</w:t>
            </w:r>
          </w:p>
        </w:tc>
        <w:tc>
          <w:tcPr>
            <w:tcW w:w="3096" w:type="dxa"/>
            <w:tcMar>
              <w:top w:w="90" w:type="dxa"/>
              <w:left w:w="110" w:type="dxa"/>
              <w:bottom w:w="90" w:type="dxa"/>
              <w:right w:w="110" w:type="dxa"/>
            </w:tcMar>
            <w:vAlign w:val="center"/>
          </w:tcPr>
          <w:p w14:paraId="5BF50A58" w14:textId="77777777" w:rsidR="006F345F" w:rsidRDefault="00000000">
            <w:r>
              <w:rPr>
                <w:color w:val="5F6B75"/>
                <w:sz w:val="17"/>
              </w:rPr>
              <w:t>Enter details</w:t>
            </w:r>
          </w:p>
        </w:tc>
      </w:tr>
    </w:tbl>
    <w:p w14:paraId="66AEE87A" w14:textId="77777777" w:rsidR="006F345F" w:rsidRDefault="006F345F">
      <w:pPr>
        <w:spacing w:after="40"/>
      </w:pPr>
    </w:p>
    <w:p w14:paraId="5F197506" w14:textId="77777777" w:rsidR="006F345F" w:rsidRDefault="00000000">
      <w:pPr>
        <w:pStyle w:val="SectionHeader"/>
        <w:shd w:val="clear" w:color="auto" w:fill="17365D"/>
        <w:spacing w:before="120" w:after="100"/>
        <w:ind w:left="120" w:right="120"/>
      </w:pPr>
      <w:r>
        <w:rPr>
          <w:sz w:val="23"/>
        </w:rPr>
        <w:t>10. BRIDGE HOUSING UK – INTERNAL USE ONLY</w:t>
      </w: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2088"/>
        <w:gridCol w:w="3096"/>
        <w:gridCol w:w="2088"/>
        <w:gridCol w:w="3096"/>
      </w:tblGrid>
      <w:tr w:rsidR="006F345F" w14:paraId="0130122E" w14:textId="77777777">
        <w:trPr>
          <w:cantSplit/>
          <w:jc w:val="center"/>
        </w:trPr>
        <w:tc>
          <w:tcPr>
            <w:tcW w:w="2088" w:type="dxa"/>
            <w:shd w:val="clear" w:color="auto" w:fill="F3F6F8"/>
            <w:tcMar>
              <w:top w:w="90" w:type="dxa"/>
              <w:left w:w="110" w:type="dxa"/>
              <w:bottom w:w="90" w:type="dxa"/>
              <w:right w:w="110" w:type="dxa"/>
            </w:tcMar>
            <w:vAlign w:val="center"/>
          </w:tcPr>
          <w:p w14:paraId="6EAB45D0" w14:textId="77777777" w:rsidR="006F345F" w:rsidRDefault="00000000">
            <w:r>
              <w:rPr>
                <w:b/>
                <w:color w:val="17365D"/>
                <w:sz w:val="17"/>
              </w:rPr>
              <w:t>Referral received</w:t>
            </w:r>
          </w:p>
        </w:tc>
        <w:tc>
          <w:tcPr>
            <w:tcW w:w="3096" w:type="dxa"/>
            <w:tcMar>
              <w:top w:w="90" w:type="dxa"/>
              <w:left w:w="110" w:type="dxa"/>
              <w:bottom w:w="90" w:type="dxa"/>
              <w:right w:w="110" w:type="dxa"/>
            </w:tcMar>
            <w:vAlign w:val="center"/>
          </w:tcPr>
          <w:p w14:paraId="3BA22636" w14:textId="77777777" w:rsidR="006F345F" w:rsidRDefault="00000000">
            <w:r>
              <w:rPr>
                <w:color w:val="5F6B75"/>
                <w:sz w:val="17"/>
              </w:rPr>
              <w:t>DD/MM/YYYY</w:t>
            </w:r>
          </w:p>
        </w:tc>
        <w:tc>
          <w:tcPr>
            <w:tcW w:w="2088" w:type="dxa"/>
            <w:shd w:val="clear" w:color="auto" w:fill="F3F6F8"/>
            <w:tcMar>
              <w:top w:w="90" w:type="dxa"/>
              <w:left w:w="110" w:type="dxa"/>
              <w:bottom w:w="90" w:type="dxa"/>
              <w:right w:w="110" w:type="dxa"/>
            </w:tcMar>
            <w:vAlign w:val="center"/>
          </w:tcPr>
          <w:p w14:paraId="56A0C3F3" w14:textId="77777777" w:rsidR="006F345F" w:rsidRDefault="00000000">
            <w:r>
              <w:rPr>
                <w:b/>
                <w:color w:val="17365D"/>
                <w:sz w:val="17"/>
              </w:rPr>
              <w:t>Reviewed by</w:t>
            </w:r>
          </w:p>
        </w:tc>
        <w:tc>
          <w:tcPr>
            <w:tcW w:w="3096" w:type="dxa"/>
            <w:tcMar>
              <w:top w:w="90" w:type="dxa"/>
              <w:left w:w="110" w:type="dxa"/>
              <w:bottom w:w="90" w:type="dxa"/>
              <w:right w:w="110" w:type="dxa"/>
            </w:tcMar>
            <w:vAlign w:val="center"/>
          </w:tcPr>
          <w:p w14:paraId="708A356A" w14:textId="77777777" w:rsidR="006F345F" w:rsidRDefault="00000000">
            <w:r>
              <w:rPr>
                <w:color w:val="5F6B75"/>
                <w:sz w:val="17"/>
              </w:rPr>
              <w:t>Enter details</w:t>
            </w:r>
          </w:p>
        </w:tc>
      </w:tr>
      <w:tr w:rsidR="006F345F" w14:paraId="453C49E9" w14:textId="77777777">
        <w:trPr>
          <w:cantSplit/>
          <w:jc w:val="center"/>
        </w:trPr>
        <w:tc>
          <w:tcPr>
            <w:tcW w:w="2088" w:type="dxa"/>
            <w:shd w:val="clear" w:color="auto" w:fill="F3F6F8"/>
            <w:tcMar>
              <w:top w:w="90" w:type="dxa"/>
              <w:left w:w="110" w:type="dxa"/>
              <w:bottom w:w="90" w:type="dxa"/>
              <w:right w:w="110" w:type="dxa"/>
            </w:tcMar>
            <w:vAlign w:val="center"/>
          </w:tcPr>
          <w:p w14:paraId="2C362D21" w14:textId="77777777" w:rsidR="006F345F" w:rsidRDefault="00000000">
            <w:r>
              <w:rPr>
                <w:b/>
                <w:color w:val="17365D"/>
                <w:sz w:val="17"/>
              </w:rPr>
              <w:t>Assessment date</w:t>
            </w:r>
          </w:p>
        </w:tc>
        <w:tc>
          <w:tcPr>
            <w:tcW w:w="3096" w:type="dxa"/>
            <w:tcMar>
              <w:top w:w="90" w:type="dxa"/>
              <w:left w:w="110" w:type="dxa"/>
              <w:bottom w:w="90" w:type="dxa"/>
              <w:right w:w="110" w:type="dxa"/>
            </w:tcMar>
            <w:vAlign w:val="center"/>
          </w:tcPr>
          <w:p w14:paraId="356E0A3B" w14:textId="77777777" w:rsidR="006F345F" w:rsidRDefault="00000000">
            <w:r>
              <w:rPr>
                <w:color w:val="5F6B75"/>
                <w:sz w:val="17"/>
              </w:rPr>
              <w:t>DD/MM/YYYY</w:t>
            </w:r>
          </w:p>
        </w:tc>
        <w:tc>
          <w:tcPr>
            <w:tcW w:w="2088" w:type="dxa"/>
            <w:shd w:val="clear" w:color="auto" w:fill="F3F6F8"/>
            <w:tcMar>
              <w:top w:w="90" w:type="dxa"/>
              <w:left w:w="110" w:type="dxa"/>
              <w:bottom w:w="90" w:type="dxa"/>
              <w:right w:w="110" w:type="dxa"/>
            </w:tcMar>
            <w:vAlign w:val="center"/>
          </w:tcPr>
          <w:p w14:paraId="598B4419" w14:textId="77777777" w:rsidR="006F345F" w:rsidRDefault="00000000">
            <w:r>
              <w:rPr>
                <w:b/>
                <w:color w:val="17365D"/>
                <w:sz w:val="17"/>
              </w:rPr>
              <w:t>Outcome</w:t>
            </w:r>
          </w:p>
        </w:tc>
        <w:tc>
          <w:tcPr>
            <w:tcW w:w="3096" w:type="dxa"/>
            <w:tcMar>
              <w:top w:w="90" w:type="dxa"/>
              <w:left w:w="110" w:type="dxa"/>
              <w:bottom w:w="90" w:type="dxa"/>
              <w:right w:w="110" w:type="dxa"/>
            </w:tcMar>
            <w:vAlign w:val="center"/>
          </w:tcPr>
          <w:p w14:paraId="4EC06054" w14:textId="77777777" w:rsidR="006F345F" w:rsidRDefault="00000000">
            <w:r>
              <w:rPr>
                <w:color w:val="5F6B75"/>
                <w:sz w:val="17"/>
              </w:rPr>
              <w:t>☐ Accept  ☐ Decline  ☐ Further info</w:t>
            </w:r>
          </w:p>
        </w:tc>
      </w:tr>
      <w:tr w:rsidR="006F345F" w14:paraId="27B4B34C" w14:textId="77777777">
        <w:trPr>
          <w:cantSplit/>
          <w:jc w:val="center"/>
        </w:trPr>
        <w:tc>
          <w:tcPr>
            <w:tcW w:w="2088" w:type="dxa"/>
            <w:shd w:val="clear" w:color="auto" w:fill="F3F6F8"/>
            <w:tcMar>
              <w:top w:w="90" w:type="dxa"/>
              <w:left w:w="110" w:type="dxa"/>
              <w:bottom w:w="90" w:type="dxa"/>
              <w:right w:w="110" w:type="dxa"/>
            </w:tcMar>
            <w:vAlign w:val="center"/>
          </w:tcPr>
          <w:p w14:paraId="34EC4FDA" w14:textId="77777777" w:rsidR="006F345F" w:rsidRDefault="00000000">
            <w:r>
              <w:rPr>
                <w:b/>
                <w:color w:val="17365D"/>
                <w:sz w:val="17"/>
              </w:rPr>
              <w:t>Proposed property</w:t>
            </w:r>
          </w:p>
        </w:tc>
        <w:tc>
          <w:tcPr>
            <w:tcW w:w="3096" w:type="dxa"/>
            <w:tcMar>
              <w:top w:w="90" w:type="dxa"/>
              <w:left w:w="110" w:type="dxa"/>
              <w:bottom w:w="90" w:type="dxa"/>
              <w:right w:w="110" w:type="dxa"/>
            </w:tcMar>
            <w:vAlign w:val="center"/>
          </w:tcPr>
          <w:p w14:paraId="68C040B9" w14:textId="77777777" w:rsidR="006F345F" w:rsidRDefault="00000000">
            <w:r>
              <w:rPr>
                <w:color w:val="5F6B75"/>
                <w:sz w:val="17"/>
              </w:rPr>
              <w:t>Enter details</w:t>
            </w:r>
          </w:p>
        </w:tc>
        <w:tc>
          <w:tcPr>
            <w:tcW w:w="2088" w:type="dxa"/>
            <w:shd w:val="clear" w:color="auto" w:fill="F3F6F8"/>
            <w:tcMar>
              <w:top w:w="90" w:type="dxa"/>
              <w:left w:w="110" w:type="dxa"/>
              <w:bottom w:w="90" w:type="dxa"/>
              <w:right w:w="110" w:type="dxa"/>
            </w:tcMar>
            <w:vAlign w:val="center"/>
          </w:tcPr>
          <w:p w14:paraId="327FF3F1" w14:textId="77777777" w:rsidR="006F345F" w:rsidRDefault="00000000">
            <w:r>
              <w:rPr>
                <w:b/>
                <w:color w:val="17365D"/>
                <w:sz w:val="17"/>
              </w:rPr>
              <w:t>Move-in date</w:t>
            </w:r>
          </w:p>
        </w:tc>
        <w:tc>
          <w:tcPr>
            <w:tcW w:w="3096" w:type="dxa"/>
            <w:tcMar>
              <w:top w:w="90" w:type="dxa"/>
              <w:left w:w="110" w:type="dxa"/>
              <w:bottom w:w="90" w:type="dxa"/>
              <w:right w:w="110" w:type="dxa"/>
            </w:tcMar>
            <w:vAlign w:val="center"/>
          </w:tcPr>
          <w:p w14:paraId="71BE2C41" w14:textId="77777777" w:rsidR="006F345F" w:rsidRDefault="00000000">
            <w:r>
              <w:rPr>
                <w:color w:val="5F6B75"/>
                <w:sz w:val="17"/>
              </w:rPr>
              <w:t>DD/MM/YYYY</w:t>
            </w:r>
          </w:p>
        </w:tc>
      </w:tr>
    </w:tbl>
    <w:p w14:paraId="5A4F43D9" w14:textId="77777777" w:rsidR="006F345F" w:rsidRDefault="006F345F">
      <w:pPr>
        <w:spacing w:after="40"/>
      </w:pPr>
    </w:p>
    <w:tbl>
      <w:tblPr>
        <w:tblW w:w="0" w:type="auto"/>
        <w:jc w:val="center"/>
        <w:tblBorders>
          <w:top w:val="single" w:sz="6" w:space="0" w:color="D9E2E8"/>
          <w:left w:val="single" w:sz="6" w:space="0" w:color="D9E2E8"/>
          <w:bottom w:val="single" w:sz="6" w:space="0" w:color="D9E2E8"/>
          <w:right w:val="single" w:sz="6" w:space="0" w:color="D9E2E8"/>
          <w:insideH w:val="single" w:sz="6" w:space="0" w:color="D9E2E8"/>
          <w:insideV w:val="single" w:sz="6" w:space="0" w:color="D9E2E8"/>
        </w:tblBorders>
        <w:tblLayout w:type="fixed"/>
        <w:tblLook w:val="04A0" w:firstRow="1" w:lastRow="0" w:firstColumn="1" w:lastColumn="0" w:noHBand="0" w:noVBand="1"/>
      </w:tblPr>
      <w:tblGrid>
        <w:gridCol w:w="3240"/>
        <w:gridCol w:w="7200"/>
      </w:tblGrid>
      <w:tr w:rsidR="006F345F" w14:paraId="3B99E83A" w14:textId="77777777">
        <w:trPr>
          <w:cantSplit/>
          <w:jc w:val="center"/>
        </w:trPr>
        <w:tc>
          <w:tcPr>
            <w:tcW w:w="3240" w:type="dxa"/>
            <w:shd w:val="clear" w:color="auto" w:fill="F3F6F8"/>
            <w:tcMar>
              <w:top w:w="90" w:type="dxa"/>
              <w:left w:w="110" w:type="dxa"/>
              <w:bottom w:w="90" w:type="dxa"/>
              <w:right w:w="110" w:type="dxa"/>
            </w:tcMar>
            <w:vAlign w:val="center"/>
          </w:tcPr>
          <w:p w14:paraId="2DEAC27C" w14:textId="77777777" w:rsidR="006F345F" w:rsidRDefault="00000000">
            <w:r>
              <w:rPr>
                <w:b/>
                <w:color w:val="17365D"/>
                <w:sz w:val="18"/>
              </w:rPr>
              <w:t>Assessment / suitability notes</w:t>
            </w:r>
          </w:p>
        </w:tc>
        <w:tc>
          <w:tcPr>
            <w:tcW w:w="7200" w:type="dxa"/>
            <w:tcMar>
              <w:top w:w="90" w:type="dxa"/>
              <w:left w:w="110" w:type="dxa"/>
              <w:bottom w:w="90" w:type="dxa"/>
              <w:right w:w="110" w:type="dxa"/>
            </w:tcMar>
            <w:vAlign w:val="center"/>
          </w:tcPr>
          <w:p w14:paraId="2233E30B" w14:textId="77777777" w:rsidR="006F345F" w:rsidRDefault="00000000">
            <w:r>
              <w:rPr>
                <w:color w:val="5F6B75"/>
                <w:sz w:val="18"/>
              </w:rPr>
              <w:t>Click or tap here to enter text.</w:t>
            </w:r>
            <w:r>
              <w:br/>
            </w:r>
            <w:r>
              <w:br/>
            </w:r>
          </w:p>
        </w:tc>
      </w:tr>
      <w:tr w:rsidR="006F345F" w14:paraId="4047263E" w14:textId="77777777">
        <w:trPr>
          <w:cantSplit/>
          <w:jc w:val="center"/>
        </w:trPr>
        <w:tc>
          <w:tcPr>
            <w:tcW w:w="3240" w:type="dxa"/>
            <w:shd w:val="clear" w:color="auto" w:fill="F3F6F8"/>
            <w:tcMar>
              <w:top w:w="90" w:type="dxa"/>
              <w:left w:w="110" w:type="dxa"/>
              <w:bottom w:w="90" w:type="dxa"/>
              <w:right w:w="110" w:type="dxa"/>
            </w:tcMar>
            <w:vAlign w:val="center"/>
          </w:tcPr>
          <w:p w14:paraId="1A6EBAA3" w14:textId="77777777" w:rsidR="006F345F" w:rsidRDefault="00000000">
            <w:r>
              <w:rPr>
                <w:b/>
                <w:color w:val="17365D"/>
                <w:sz w:val="18"/>
              </w:rPr>
              <w:t>Further information / actions required</w:t>
            </w:r>
          </w:p>
        </w:tc>
        <w:tc>
          <w:tcPr>
            <w:tcW w:w="7200" w:type="dxa"/>
            <w:tcMar>
              <w:top w:w="90" w:type="dxa"/>
              <w:left w:w="110" w:type="dxa"/>
              <w:bottom w:w="90" w:type="dxa"/>
              <w:right w:w="110" w:type="dxa"/>
            </w:tcMar>
            <w:vAlign w:val="center"/>
          </w:tcPr>
          <w:p w14:paraId="24FAB038" w14:textId="77777777" w:rsidR="006F345F" w:rsidRDefault="00000000">
            <w:r>
              <w:rPr>
                <w:color w:val="5F6B75"/>
                <w:sz w:val="18"/>
              </w:rPr>
              <w:t>Click or tap here to enter text.</w:t>
            </w:r>
            <w:r>
              <w:br/>
            </w:r>
            <w:r>
              <w:br/>
            </w:r>
          </w:p>
        </w:tc>
      </w:tr>
      <w:tr w:rsidR="006F345F" w14:paraId="1AC9A507" w14:textId="77777777">
        <w:trPr>
          <w:cantSplit/>
          <w:jc w:val="center"/>
        </w:trPr>
        <w:tc>
          <w:tcPr>
            <w:tcW w:w="3240" w:type="dxa"/>
            <w:shd w:val="clear" w:color="auto" w:fill="F3F6F8"/>
            <w:tcMar>
              <w:top w:w="90" w:type="dxa"/>
              <w:left w:w="110" w:type="dxa"/>
              <w:bottom w:w="90" w:type="dxa"/>
              <w:right w:w="110" w:type="dxa"/>
            </w:tcMar>
            <w:vAlign w:val="center"/>
          </w:tcPr>
          <w:p w14:paraId="0492E075" w14:textId="77777777" w:rsidR="006F345F" w:rsidRDefault="00000000">
            <w:r>
              <w:rPr>
                <w:b/>
                <w:color w:val="17365D"/>
                <w:sz w:val="18"/>
              </w:rPr>
              <w:t>Reason if declined / deferred</w:t>
            </w:r>
          </w:p>
        </w:tc>
        <w:tc>
          <w:tcPr>
            <w:tcW w:w="7200" w:type="dxa"/>
            <w:tcMar>
              <w:top w:w="90" w:type="dxa"/>
              <w:left w:w="110" w:type="dxa"/>
              <w:bottom w:w="90" w:type="dxa"/>
              <w:right w:w="110" w:type="dxa"/>
            </w:tcMar>
            <w:vAlign w:val="center"/>
          </w:tcPr>
          <w:p w14:paraId="11B9AA5E" w14:textId="77777777" w:rsidR="006F345F" w:rsidRDefault="00000000">
            <w:r>
              <w:rPr>
                <w:color w:val="5F6B75"/>
                <w:sz w:val="18"/>
              </w:rPr>
              <w:t>Click or tap here to enter text.</w:t>
            </w:r>
            <w:r>
              <w:br/>
            </w:r>
            <w:r>
              <w:br/>
            </w:r>
          </w:p>
        </w:tc>
      </w:tr>
    </w:tbl>
    <w:p w14:paraId="44CCBEF5" w14:textId="77777777" w:rsidR="006F345F" w:rsidRDefault="006F345F">
      <w:pPr>
        <w:spacing w:after="40"/>
      </w:pPr>
    </w:p>
    <w:sectPr w:rsidR="006F345F" w:rsidSect="00034616">
      <w:headerReference w:type="even" r:id="rId8"/>
      <w:headerReference w:type="default" r:id="rId9"/>
      <w:footerReference w:type="even" r:id="rId10"/>
      <w:footerReference w:type="default" r:id="rId11"/>
      <w:headerReference w:type="first" r:id="rId12"/>
      <w:footerReference w:type="first" r:id="rId13"/>
      <w:pgSz w:w="12240" w:h="15840"/>
      <w:pgMar w:top="792" w:right="864" w:bottom="792" w:left="86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37AF2" w14:textId="77777777" w:rsidR="006C0C67" w:rsidRDefault="006C0C67">
      <w:pPr>
        <w:spacing w:after="0"/>
      </w:pPr>
      <w:r>
        <w:separator/>
      </w:r>
    </w:p>
  </w:endnote>
  <w:endnote w:type="continuationSeparator" w:id="0">
    <w:p w14:paraId="39953107" w14:textId="77777777" w:rsidR="006C0C67" w:rsidRDefault="006C0C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1144" w14:textId="77777777" w:rsidR="003A39CE" w:rsidRDefault="003A39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A491" w14:textId="1E640859" w:rsidR="006F345F" w:rsidRDefault="00000000">
    <w:pPr>
      <w:pStyle w:val="Footer"/>
      <w:jc w:val="center"/>
    </w:pPr>
    <w:r>
      <w:rPr>
        <w:color w:val="68737D"/>
        <w:sz w:val="15"/>
      </w:rPr>
      <w:t xml:space="preserve">Bridge Housing </w:t>
    </w:r>
    <w:r w:rsidR="003A39CE">
      <w:rPr>
        <w:color w:val="68737D"/>
        <w:sz w:val="15"/>
      </w:rPr>
      <w:t>UK • Referral</w:t>
    </w:r>
    <w:r>
      <w:rPr>
        <w:color w:val="68737D"/>
        <w:sz w:val="15"/>
      </w:rPr>
      <w:t xml:space="preserve"> </w:t>
    </w:r>
    <w:r w:rsidR="003A39CE">
      <w:rPr>
        <w:color w:val="68737D"/>
        <w:sz w:val="15"/>
      </w:rPr>
      <w:t>Form • Confidential</w:t>
    </w:r>
  </w:p>
  <w:p w14:paraId="607D07D8" w14:textId="77777777" w:rsidR="006F345F" w:rsidRDefault="00000000">
    <w:pPr>
      <w:jc w:val="center"/>
    </w:pPr>
    <w:r>
      <w:rPr>
        <w:sz w:val="14"/>
      </w:rPr>
      <w:t xml:space="preserve">Page </w:t>
    </w:r>
    <w:r>
      <w:fldChar w:fldCharType="begin"/>
    </w:r>
    <w:r>
      <w:instrText>PAGE</w:instrText>
    </w:r>
    <w:r>
      <w:fldChar w:fldCharType="separate"/>
    </w:r>
    <w:r w:rsidR="003A39C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8205" w14:textId="77777777" w:rsidR="003A39CE" w:rsidRDefault="003A3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CB94" w14:textId="77777777" w:rsidR="006C0C67" w:rsidRDefault="006C0C67">
      <w:pPr>
        <w:spacing w:after="0"/>
      </w:pPr>
      <w:r>
        <w:separator/>
      </w:r>
    </w:p>
  </w:footnote>
  <w:footnote w:type="continuationSeparator" w:id="0">
    <w:p w14:paraId="1C6931CC" w14:textId="77777777" w:rsidR="006C0C67" w:rsidRDefault="006C0C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8FCA" w14:textId="35F5EF3D" w:rsidR="003A39CE" w:rsidRDefault="003A3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FCF4" w14:textId="5393D4ED" w:rsidR="006F345F" w:rsidRDefault="003A39CE">
    <w:pPr>
      <w:pStyle w:val="Header"/>
      <w:jc w:val="right"/>
    </w:pPr>
    <w:sdt>
      <w:sdtPr>
        <w:rPr>
          <w:b/>
          <w:color w:val="1B7F8C"/>
          <w:sz w:val="16"/>
        </w:rPr>
        <w:id w:val="-759679626"/>
        <w:docPartObj>
          <w:docPartGallery w:val="Watermarks"/>
          <w:docPartUnique/>
        </w:docPartObj>
      </w:sdtPr>
      <w:sdtContent>
        <w:r w:rsidRPr="003A39CE">
          <w:rPr>
            <w:b/>
            <w:noProof/>
            <w:color w:val="1B7F8C"/>
            <w:sz w:val="16"/>
          </w:rPr>
          <w:pict w14:anchorId="597105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1029" type="#_x0000_t136" style="position:absolute;left:0;text-align:left;margin-left:0;margin-top:0;width:468pt;height:117pt;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000000">
      <w:rPr>
        <w:b/>
        <w:color w:val="1B7F8C"/>
        <w:sz w:val="16"/>
      </w:rPr>
      <w:t xml:space="preserve">BRIDGE HOUSING </w:t>
    </w:r>
    <w:r>
      <w:rPr>
        <w:b/>
        <w:color w:val="1B7F8C"/>
        <w:sz w:val="16"/>
      </w:rPr>
      <w:t>UK | SUPPORTED</w:t>
    </w:r>
    <w:r w:rsidR="00000000">
      <w:rPr>
        <w:b/>
        <w:color w:val="1B7F8C"/>
        <w:sz w:val="16"/>
      </w:rPr>
      <w:t xml:space="preserve"> ACCOMMODATION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A6D2" w14:textId="4DCC6971" w:rsidR="003A39CE" w:rsidRDefault="003A3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6658833">
    <w:abstractNumId w:val="8"/>
  </w:num>
  <w:num w:numId="2" w16cid:durableId="1289702718">
    <w:abstractNumId w:val="6"/>
  </w:num>
  <w:num w:numId="3" w16cid:durableId="2116435327">
    <w:abstractNumId w:val="5"/>
  </w:num>
  <w:num w:numId="4" w16cid:durableId="233786109">
    <w:abstractNumId w:val="4"/>
  </w:num>
  <w:num w:numId="5" w16cid:durableId="1940066992">
    <w:abstractNumId w:val="7"/>
  </w:num>
  <w:num w:numId="6" w16cid:durableId="1089424143">
    <w:abstractNumId w:val="3"/>
  </w:num>
  <w:num w:numId="7" w16cid:durableId="1972901980">
    <w:abstractNumId w:val="2"/>
  </w:num>
  <w:num w:numId="8" w16cid:durableId="1135105397">
    <w:abstractNumId w:val="1"/>
  </w:num>
  <w:num w:numId="9" w16cid:durableId="52841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39CE"/>
    <w:rsid w:val="006C0C67"/>
    <w:rsid w:val="006F345F"/>
    <w:rsid w:val="007E5D0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36D9A9"/>
  <w14:defaultImageDpi w14:val="300"/>
  <w15:docId w15:val="{4F9C2AFC-9CE8-4E27-9CCF-FDEA742DD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color w:val="23313D"/>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pPr>
      <w:spacing w:after="80"/>
    </w:pPr>
    <w:rPr>
      <w:rFonts w:ascii="Aptos" w:hAnsi="Aptos"/>
      <w:b/>
      <w:color w:val="17365D"/>
      <w:sz w:val="46"/>
    </w:rPr>
  </w:style>
  <w:style w:type="paragraph" w:customStyle="1" w:styleId="SectionHeader">
    <w:name w:val="Section Header"/>
    <w:pPr>
      <w:spacing w:after="80"/>
    </w:pPr>
    <w:rPr>
      <w:rFonts w:ascii="Aptos" w:hAnsi="Aptos"/>
      <w:b/>
      <w:color w:val="FFFFFF"/>
      <w:sz w:val="24"/>
    </w:rPr>
  </w:style>
  <w:style w:type="paragraph" w:customStyle="1" w:styleId="Subhead">
    <w:name w:val="Subhead"/>
    <w:pPr>
      <w:spacing w:after="80"/>
    </w:pPr>
    <w:rPr>
      <w:rFonts w:ascii="Aptos" w:hAnsi="Aptos"/>
      <w:b/>
      <w:color w:val="17365D"/>
      <w:sz w:val="21"/>
    </w:rPr>
  </w:style>
  <w:style w:type="paragraph" w:customStyle="1" w:styleId="SmallNote">
    <w:name w:val="Small Note"/>
    <w:pPr>
      <w:spacing w:after="80"/>
    </w:pPr>
    <w:rPr>
      <w:rFonts w:ascii="Aptos" w:hAnsi="Aptos"/>
      <w:color w:val="566573"/>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Bridge Housing</cp:lastModifiedBy>
  <cp:revision>2</cp:revision>
  <dcterms:created xsi:type="dcterms:W3CDTF">2013-12-23T23:15:00Z</dcterms:created>
  <dcterms:modified xsi:type="dcterms:W3CDTF">2026-08-26T13:39:00Z</dcterms:modified>
  <cp:category/>
</cp:coreProperties>
</file>